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3D85E" w14:textId="15C6F3DA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  <w:bCs/>
        </w:rPr>
      </w:pPr>
      <w:proofErr w:type="spellStart"/>
      <w:r w:rsidRPr="00083EBD">
        <w:rPr>
          <w:rFonts w:ascii="Times New Roman" w:hAnsi="Times New Roman" w:cs="Times New Roman"/>
          <w:bCs/>
        </w:rPr>
        <w:t>Ekonomska</w:t>
      </w:r>
      <w:proofErr w:type="spellEnd"/>
      <w:r w:rsidRPr="00083EBD">
        <w:rPr>
          <w:rFonts w:ascii="Times New Roman" w:hAnsi="Times New Roman" w:cs="Times New Roman"/>
          <w:bCs/>
        </w:rPr>
        <w:t xml:space="preserve"> </w:t>
      </w:r>
      <w:proofErr w:type="spellStart"/>
      <w:r w:rsidRPr="00083EBD">
        <w:rPr>
          <w:rFonts w:ascii="Times New Roman" w:hAnsi="Times New Roman" w:cs="Times New Roman"/>
          <w:bCs/>
        </w:rPr>
        <w:t>škola</w:t>
      </w:r>
      <w:proofErr w:type="spellEnd"/>
      <w:r w:rsidRPr="00083EBD">
        <w:rPr>
          <w:rFonts w:ascii="Times New Roman" w:hAnsi="Times New Roman" w:cs="Times New Roman"/>
          <w:bCs/>
        </w:rPr>
        <w:t xml:space="preserve"> Sisak</w:t>
      </w:r>
    </w:p>
    <w:p w14:paraId="0C85BEA0" w14:textId="7903D5C2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  <w:bCs/>
        </w:rPr>
      </w:pPr>
      <w:proofErr w:type="spellStart"/>
      <w:r w:rsidRPr="00083EBD">
        <w:rPr>
          <w:rFonts w:ascii="Times New Roman" w:hAnsi="Times New Roman" w:cs="Times New Roman"/>
          <w:bCs/>
        </w:rPr>
        <w:t>Kralja</w:t>
      </w:r>
      <w:proofErr w:type="spellEnd"/>
      <w:r w:rsidRPr="00083EBD">
        <w:rPr>
          <w:rFonts w:ascii="Times New Roman" w:hAnsi="Times New Roman" w:cs="Times New Roman"/>
          <w:bCs/>
        </w:rPr>
        <w:t xml:space="preserve"> </w:t>
      </w:r>
      <w:proofErr w:type="spellStart"/>
      <w:r w:rsidRPr="00083EBD">
        <w:rPr>
          <w:rFonts w:ascii="Times New Roman" w:hAnsi="Times New Roman" w:cs="Times New Roman"/>
          <w:bCs/>
        </w:rPr>
        <w:t>Tomislava</w:t>
      </w:r>
      <w:proofErr w:type="spellEnd"/>
      <w:r w:rsidRPr="00083EBD">
        <w:rPr>
          <w:rFonts w:ascii="Times New Roman" w:hAnsi="Times New Roman" w:cs="Times New Roman"/>
          <w:bCs/>
        </w:rPr>
        <w:t xml:space="preserve"> 19, Sisak</w:t>
      </w:r>
    </w:p>
    <w:p w14:paraId="232C6CCA" w14:textId="592E5EA1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  <w:bCs/>
        </w:rPr>
      </w:pPr>
      <w:r w:rsidRPr="00083EBD">
        <w:rPr>
          <w:rFonts w:ascii="Times New Roman" w:hAnsi="Times New Roman" w:cs="Times New Roman"/>
          <w:bCs/>
        </w:rPr>
        <w:t xml:space="preserve">U </w:t>
      </w:r>
      <w:proofErr w:type="spellStart"/>
      <w:r w:rsidRPr="00083EBD">
        <w:rPr>
          <w:rFonts w:ascii="Times New Roman" w:hAnsi="Times New Roman" w:cs="Times New Roman"/>
          <w:bCs/>
        </w:rPr>
        <w:t>Sisku</w:t>
      </w:r>
      <w:proofErr w:type="spellEnd"/>
      <w:r w:rsidRPr="00083EBD">
        <w:rPr>
          <w:rFonts w:ascii="Times New Roman" w:hAnsi="Times New Roman" w:cs="Times New Roman"/>
          <w:bCs/>
        </w:rPr>
        <w:t>, 1.10.2026.</w:t>
      </w:r>
    </w:p>
    <w:p w14:paraId="530B3B68" w14:textId="77777777" w:rsidR="00C47E81" w:rsidRPr="00083EBD" w:rsidRDefault="00C47E81" w:rsidP="00083E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DA1D2F" w14:textId="5EAE3A4C" w:rsidR="00F84CDF" w:rsidRPr="00083EBD" w:rsidRDefault="00DD7329" w:rsidP="00083E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  <w:b/>
        </w:rPr>
        <w:t xml:space="preserve">NATJEČAJ ZA </w:t>
      </w:r>
      <w:r w:rsidR="00D04D55">
        <w:rPr>
          <w:rFonts w:ascii="Times New Roman" w:hAnsi="Times New Roman" w:cs="Times New Roman"/>
          <w:b/>
        </w:rPr>
        <w:t>OSOBE</w:t>
      </w:r>
      <w:r w:rsidRPr="00083EBD">
        <w:rPr>
          <w:rFonts w:ascii="Times New Roman" w:hAnsi="Times New Roman" w:cs="Times New Roman"/>
          <w:b/>
        </w:rPr>
        <w:t xml:space="preserve"> U PRATNJI </w:t>
      </w:r>
      <w:r w:rsidR="00C47E81" w:rsidRPr="00083EBD">
        <w:rPr>
          <w:rFonts w:ascii="Times New Roman" w:hAnsi="Times New Roman" w:cs="Times New Roman"/>
          <w:b/>
        </w:rPr>
        <w:t>UČENIKA NA MOBILNOSTI U BRAGI, PORTUGAL</w:t>
      </w:r>
    </w:p>
    <w:p w14:paraId="289E9879" w14:textId="489DD65C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74C324C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369A8E3C" w14:textId="6B62429C" w:rsidR="00F84CDF" w:rsidRPr="00083EBD" w:rsidRDefault="00C47E81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2</w:t>
      </w:r>
      <w:r w:rsidR="00DD7329" w:rsidRPr="00083EBD">
        <w:rPr>
          <w:rFonts w:ascii="Times New Roman" w:hAnsi="Times New Roman" w:cs="Times New Roman"/>
        </w:rPr>
        <w:t>. GODIN</w:t>
      </w:r>
      <w:r w:rsidRPr="00083EBD">
        <w:rPr>
          <w:rFonts w:ascii="Times New Roman" w:hAnsi="Times New Roman" w:cs="Times New Roman"/>
        </w:rPr>
        <w:t>A</w:t>
      </w:r>
      <w:r w:rsidR="00DD7329" w:rsidRPr="00083EBD">
        <w:rPr>
          <w:rFonts w:ascii="Times New Roman" w:hAnsi="Times New Roman" w:cs="Times New Roman"/>
        </w:rPr>
        <w:t xml:space="preserve"> AKREDITACIJE</w:t>
      </w:r>
    </w:p>
    <w:p w14:paraId="624F5A9A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BR.AKREDITACIJE: 2024-1-HR01-KA120-VET-000285839</w:t>
      </w:r>
    </w:p>
    <w:p w14:paraId="1953B8BD" w14:textId="34709B53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BR. PROJEKTA: </w:t>
      </w:r>
      <w:r w:rsidR="00C47E81" w:rsidRPr="00083EBD">
        <w:rPr>
          <w:rFonts w:ascii="Times New Roman" w:hAnsi="Times New Roman" w:cs="Times New Roman"/>
        </w:rPr>
        <w:t>2026-1-HR01-KA121-VET-000441047</w:t>
      </w:r>
    </w:p>
    <w:p w14:paraId="5F0386EF" w14:textId="6FB07B65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MOBILNOST: Braga, Portugal, 8.11.2026. do 21.11.2026.</w:t>
      </w:r>
    </w:p>
    <w:p w14:paraId="6ADA4E1D" w14:textId="77777777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</w:rPr>
      </w:pPr>
    </w:p>
    <w:p w14:paraId="3BE2E8A0" w14:textId="7B473979" w:rsidR="00F84CDF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Na </w:t>
      </w:r>
      <w:proofErr w:type="spellStart"/>
      <w:r w:rsidRPr="00083EBD">
        <w:rPr>
          <w:rFonts w:ascii="Times New Roman" w:hAnsi="Times New Roman" w:cs="Times New Roman"/>
        </w:rPr>
        <w:t>natječaj</w:t>
      </w:r>
      <w:proofErr w:type="spellEnd"/>
      <w:r w:rsidRPr="00083EBD">
        <w:rPr>
          <w:rFonts w:ascii="Times New Roman" w:hAnsi="Times New Roman" w:cs="Times New Roman"/>
        </w:rPr>
        <w:t xml:space="preserve"> se </w:t>
      </w:r>
      <w:proofErr w:type="spellStart"/>
      <w:r w:rsidRPr="00083EBD">
        <w:rPr>
          <w:rFonts w:ascii="Times New Roman" w:hAnsi="Times New Roman" w:cs="Times New Roman"/>
        </w:rPr>
        <w:t>mogu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r w:rsidRPr="00083EBD">
        <w:rPr>
          <w:rFonts w:ascii="Times New Roman" w:hAnsi="Times New Roman" w:cs="Times New Roman"/>
        </w:rPr>
        <w:t xml:space="preserve">prijaviti svi članovi nastavničkog </w:t>
      </w:r>
      <w:proofErr w:type="spellStart"/>
      <w:r w:rsidRPr="00083EBD">
        <w:rPr>
          <w:rFonts w:ascii="Times New Roman" w:hAnsi="Times New Roman" w:cs="Times New Roman"/>
        </w:rPr>
        <w:t>vijeća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Ekonomske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škole</w:t>
      </w:r>
      <w:proofErr w:type="spellEnd"/>
      <w:r w:rsidRPr="00083EBD">
        <w:rPr>
          <w:rFonts w:ascii="Times New Roman" w:hAnsi="Times New Roman" w:cs="Times New Roman"/>
        </w:rPr>
        <w:t xml:space="preserve"> Sisak.</w:t>
      </w:r>
    </w:p>
    <w:p w14:paraId="7674D19D" w14:textId="77777777" w:rsidR="00D04D55" w:rsidRPr="00083EBD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0B032449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Potrebno za pravovaljanu prijavu:</w:t>
      </w:r>
    </w:p>
    <w:p w14:paraId="1293B60D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1) motivacijsko pismo</w:t>
      </w:r>
    </w:p>
    <w:p w14:paraId="47BBC6AC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2) poznavanje Erasmus+ projekta</w:t>
      </w:r>
    </w:p>
    <w:p w14:paraId="09C185EF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03BE64F" w14:textId="66A8C23E" w:rsidR="00F84CDF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Postupak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prijave</w:t>
      </w:r>
      <w:proofErr w:type="spellEnd"/>
      <w:r w:rsidRPr="00083EBD">
        <w:rPr>
          <w:rFonts w:ascii="Times New Roman" w:hAnsi="Times New Roman" w:cs="Times New Roman"/>
        </w:rPr>
        <w:t>:</w:t>
      </w:r>
    </w:p>
    <w:p w14:paraId="7330A10F" w14:textId="77777777" w:rsidR="00083EBD" w:rsidRPr="00083EBD" w:rsidRDefault="00083EBD" w:rsidP="00083EBD">
      <w:pPr>
        <w:spacing w:after="0" w:line="240" w:lineRule="auto"/>
        <w:rPr>
          <w:rFonts w:ascii="Times New Roman" w:hAnsi="Times New Roman" w:cs="Times New Roman"/>
        </w:rPr>
      </w:pPr>
    </w:p>
    <w:p w14:paraId="2635711C" w14:textId="77777777" w:rsidR="00083EBD" w:rsidRDefault="00DD7329" w:rsidP="00D04D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Nastavnici koji se prijavljuju na natječaj za sudjelovanje u projektu </w:t>
      </w:r>
      <w:proofErr w:type="spellStart"/>
      <w:r w:rsidRPr="00083EBD">
        <w:rPr>
          <w:rFonts w:ascii="Times New Roman" w:hAnsi="Times New Roman" w:cs="Times New Roman"/>
        </w:rPr>
        <w:t>dužni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napis</w:t>
      </w:r>
      <w:r w:rsidRPr="00083EBD">
        <w:rPr>
          <w:rFonts w:ascii="Times New Roman" w:hAnsi="Times New Roman" w:cs="Times New Roman"/>
        </w:rPr>
        <w:t>ati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motivacijsko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r w:rsidRPr="00083EBD">
        <w:rPr>
          <w:rFonts w:ascii="Times New Roman" w:hAnsi="Times New Roman" w:cs="Times New Roman"/>
        </w:rPr>
        <w:t xml:space="preserve">pismo </w:t>
      </w:r>
      <w:proofErr w:type="spellStart"/>
      <w:r w:rsidRPr="00083EBD">
        <w:rPr>
          <w:rFonts w:ascii="Times New Roman" w:hAnsi="Times New Roman" w:cs="Times New Roman"/>
        </w:rPr>
        <w:t>te</w:t>
      </w:r>
      <w:proofErr w:type="spellEnd"/>
      <w:r w:rsidRPr="00083EBD">
        <w:rPr>
          <w:rFonts w:ascii="Times New Roman" w:hAnsi="Times New Roman" w:cs="Times New Roman"/>
        </w:rPr>
        <w:t xml:space="preserve"> ga </w:t>
      </w:r>
      <w:proofErr w:type="spellStart"/>
      <w:r w:rsidRPr="00083EBD">
        <w:rPr>
          <w:rFonts w:ascii="Times New Roman" w:hAnsi="Times New Roman" w:cs="Times New Roman"/>
        </w:rPr>
        <w:t>poslati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na</w:t>
      </w:r>
      <w:proofErr w:type="spellEnd"/>
      <w:r w:rsidRPr="00083EBD">
        <w:rPr>
          <w:rFonts w:ascii="Times New Roman" w:hAnsi="Times New Roman" w:cs="Times New Roman"/>
        </w:rPr>
        <w:t xml:space="preserve"> e-mail </w:t>
      </w:r>
      <w:r w:rsidR="00C47E81" w:rsidRPr="00083EBD">
        <w:rPr>
          <w:rFonts w:ascii="Times New Roman" w:hAnsi="Times New Roman" w:cs="Times New Roman"/>
        </w:rPr>
        <w:t>vanja.licina@</w:t>
      </w:r>
      <w:r w:rsidRPr="00083EBD">
        <w:rPr>
          <w:rFonts w:ascii="Times New Roman" w:hAnsi="Times New Roman" w:cs="Times New Roman"/>
        </w:rPr>
        <w:t xml:space="preserve">skole.hr </w:t>
      </w:r>
      <w:proofErr w:type="spellStart"/>
      <w:r w:rsidRPr="00083EBD">
        <w:rPr>
          <w:rFonts w:ascii="Times New Roman" w:hAnsi="Times New Roman" w:cs="Times New Roman"/>
        </w:rPr>
        <w:t>ili</w:t>
      </w:r>
      <w:proofErr w:type="spellEnd"/>
      <w:r w:rsidRPr="00083EBD">
        <w:rPr>
          <w:rFonts w:ascii="Times New Roman" w:hAnsi="Times New Roman" w:cs="Times New Roman"/>
        </w:rPr>
        <w:t xml:space="preserve"> ga, </w:t>
      </w:r>
      <w:proofErr w:type="spellStart"/>
      <w:r w:rsidRPr="00083EBD">
        <w:rPr>
          <w:rFonts w:ascii="Times New Roman" w:hAnsi="Times New Roman" w:cs="Times New Roman"/>
        </w:rPr>
        <w:t>iznimno</w:t>
      </w:r>
      <w:proofErr w:type="spellEnd"/>
      <w:r w:rsidRPr="00083EBD">
        <w:rPr>
          <w:rFonts w:ascii="Times New Roman" w:hAnsi="Times New Roman" w:cs="Times New Roman"/>
        </w:rPr>
        <w:t xml:space="preserve">, </w:t>
      </w:r>
      <w:proofErr w:type="spellStart"/>
      <w:r w:rsidRPr="00083EBD">
        <w:rPr>
          <w:rFonts w:ascii="Times New Roman" w:hAnsi="Times New Roman" w:cs="Times New Roman"/>
        </w:rPr>
        <w:t>mogu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predati</w:t>
      </w:r>
      <w:proofErr w:type="spellEnd"/>
      <w:r w:rsidRPr="00083EBD">
        <w:rPr>
          <w:rFonts w:ascii="Times New Roman" w:hAnsi="Times New Roman" w:cs="Times New Roman"/>
        </w:rPr>
        <w:t xml:space="preserve"> u</w:t>
      </w:r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uredu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stručnog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suradnika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pedagoga</w:t>
      </w:r>
      <w:proofErr w:type="spellEnd"/>
      <w:r w:rsidR="00C47E81" w:rsidRPr="00083EBD">
        <w:rPr>
          <w:rFonts w:ascii="Times New Roman" w:hAnsi="Times New Roman" w:cs="Times New Roman"/>
        </w:rPr>
        <w:t xml:space="preserve">. </w:t>
      </w:r>
      <w:proofErr w:type="spellStart"/>
      <w:r w:rsidRPr="00083EBD">
        <w:rPr>
          <w:rFonts w:ascii="Times New Roman" w:hAnsi="Times New Roman" w:cs="Times New Roman"/>
        </w:rPr>
        <w:t>Rok</w:t>
      </w:r>
      <w:proofErr w:type="spellEnd"/>
      <w:r w:rsidRPr="00083EBD">
        <w:rPr>
          <w:rFonts w:ascii="Times New Roman" w:hAnsi="Times New Roman" w:cs="Times New Roman"/>
        </w:rPr>
        <w:t xml:space="preserve"> za </w:t>
      </w:r>
      <w:proofErr w:type="spellStart"/>
      <w:r w:rsidRPr="00083EBD">
        <w:rPr>
          <w:rFonts w:ascii="Times New Roman" w:hAnsi="Times New Roman" w:cs="Times New Roman"/>
        </w:rPr>
        <w:t>prijavu</w:t>
      </w:r>
      <w:proofErr w:type="spellEnd"/>
      <w:r w:rsidRPr="00083EBD">
        <w:rPr>
          <w:rFonts w:ascii="Times New Roman" w:hAnsi="Times New Roman" w:cs="Times New Roman"/>
        </w:rPr>
        <w:t xml:space="preserve"> je </w:t>
      </w:r>
      <w:proofErr w:type="spellStart"/>
      <w:r w:rsidRPr="00083EBD">
        <w:rPr>
          <w:rFonts w:ascii="Times New Roman" w:hAnsi="Times New Roman" w:cs="Times New Roman"/>
        </w:rPr>
        <w:t>sedam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kalendarskih</w:t>
      </w:r>
      <w:proofErr w:type="spellEnd"/>
      <w:r w:rsidRPr="00083EBD">
        <w:rPr>
          <w:rFonts w:ascii="Times New Roman" w:hAnsi="Times New Roman" w:cs="Times New Roman"/>
        </w:rPr>
        <w:t xml:space="preserve"> dana od dana </w:t>
      </w:r>
      <w:proofErr w:type="spellStart"/>
      <w:r w:rsidRPr="00083EBD">
        <w:rPr>
          <w:rFonts w:ascii="Times New Roman" w:hAnsi="Times New Roman" w:cs="Times New Roman"/>
        </w:rPr>
        <w:t>objave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natječaja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na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mrežnoj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stranici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škole</w:t>
      </w:r>
      <w:proofErr w:type="spellEnd"/>
      <w:r w:rsidRPr="00083EBD">
        <w:rPr>
          <w:rFonts w:ascii="Times New Roman" w:hAnsi="Times New Roman" w:cs="Times New Roman"/>
        </w:rPr>
        <w:t xml:space="preserve"> (krajnji rok je </w:t>
      </w:r>
      <w:r w:rsidR="00C47E81" w:rsidRPr="00083EBD">
        <w:rPr>
          <w:rFonts w:ascii="Times New Roman" w:hAnsi="Times New Roman" w:cs="Times New Roman"/>
        </w:rPr>
        <w:t>8</w:t>
      </w:r>
      <w:r w:rsidRPr="00083EBD">
        <w:rPr>
          <w:rFonts w:ascii="Times New Roman" w:hAnsi="Times New Roman" w:cs="Times New Roman"/>
        </w:rPr>
        <w:t xml:space="preserve">. </w:t>
      </w:r>
      <w:r w:rsidR="00C47E81" w:rsidRPr="00083EBD">
        <w:rPr>
          <w:rFonts w:ascii="Times New Roman" w:hAnsi="Times New Roman" w:cs="Times New Roman"/>
        </w:rPr>
        <w:t>10</w:t>
      </w:r>
      <w:r w:rsidRPr="00083EBD">
        <w:rPr>
          <w:rFonts w:ascii="Times New Roman" w:hAnsi="Times New Roman" w:cs="Times New Roman"/>
        </w:rPr>
        <w:t>. 2026. do 1</w:t>
      </w:r>
      <w:r w:rsidRPr="00083EBD">
        <w:rPr>
          <w:rFonts w:ascii="Times New Roman" w:hAnsi="Times New Roman" w:cs="Times New Roman"/>
        </w:rPr>
        <w:t xml:space="preserve">2 sati). </w:t>
      </w:r>
    </w:p>
    <w:p w14:paraId="380820B1" w14:textId="77777777" w:rsidR="00083EBD" w:rsidRDefault="00083EBD" w:rsidP="00083EBD">
      <w:pPr>
        <w:spacing w:after="0" w:line="240" w:lineRule="auto"/>
        <w:rPr>
          <w:rFonts w:ascii="Times New Roman" w:hAnsi="Times New Roman" w:cs="Times New Roman"/>
        </w:rPr>
      </w:pPr>
    </w:p>
    <w:p w14:paraId="435E1578" w14:textId="6B410275" w:rsidR="00F84CDF" w:rsidRPr="00083EBD" w:rsidRDefault="00DD7329" w:rsidP="00D04D5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Privremena</w:t>
      </w:r>
      <w:proofErr w:type="spellEnd"/>
      <w:r w:rsidRPr="00083EBD">
        <w:rPr>
          <w:rFonts w:ascii="Times New Roman" w:hAnsi="Times New Roman" w:cs="Times New Roman"/>
        </w:rPr>
        <w:t xml:space="preserve"> rang </w:t>
      </w:r>
      <w:proofErr w:type="spellStart"/>
      <w:r w:rsidRPr="00083EBD">
        <w:rPr>
          <w:rFonts w:ascii="Times New Roman" w:hAnsi="Times New Roman" w:cs="Times New Roman"/>
        </w:rPr>
        <w:t>lista</w:t>
      </w:r>
      <w:proofErr w:type="spellEnd"/>
      <w:r w:rsidRPr="00083EBD">
        <w:rPr>
          <w:rFonts w:ascii="Times New Roman" w:hAnsi="Times New Roman" w:cs="Times New Roman"/>
        </w:rPr>
        <w:t xml:space="preserve"> bit </w:t>
      </w:r>
      <w:proofErr w:type="spellStart"/>
      <w:r w:rsidRPr="00083EBD">
        <w:rPr>
          <w:rFonts w:ascii="Times New Roman" w:hAnsi="Times New Roman" w:cs="Times New Roman"/>
        </w:rPr>
        <w:t>će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objavljena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najkasnije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r w:rsidR="00C47E81" w:rsidRPr="00083EBD">
        <w:rPr>
          <w:rFonts w:ascii="Times New Roman" w:hAnsi="Times New Roman" w:cs="Times New Roman"/>
        </w:rPr>
        <w:t>9</w:t>
      </w:r>
      <w:r w:rsidRPr="00083EBD">
        <w:rPr>
          <w:rFonts w:ascii="Times New Roman" w:hAnsi="Times New Roman" w:cs="Times New Roman"/>
        </w:rPr>
        <w:t xml:space="preserve">. </w:t>
      </w:r>
      <w:r w:rsidR="00C47E81" w:rsidRPr="00083EBD">
        <w:rPr>
          <w:rFonts w:ascii="Times New Roman" w:hAnsi="Times New Roman" w:cs="Times New Roman"/>
        </w:rPr>
        <w:t>10</w:t>
      </w:r>
      <w:r w:rsidRPr="00083EBD">
        <w:rPr>
          <w:rFonts w:ascii="Times New Roman" w:hAnsi="Times New Roman" w:cs="Times New Roman"/>
        </w:rPr>
        <w:t xml:space="preserve">. 2026. </w:t>
      </w:r>
      <w:proofErr w:type="spellStart"/>
      <w:r w:rsidRPr="00083EBD">
        <w:rPr>
          <w:rFonts w:ascii="Times New Roman" w:hAnsi="Times New Roman" w:cs="Times New Roman"/>
        </w:rPr>
        <w:t>na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mrežnoj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stranici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r w:rsidR="00C47E81" w:rsidRPr="00083EBD">
        <w:rPr>
          <w:rFonts w:ascii="Times New Roman" w:hAnsi="Times New Roman" w:cs="Times New Roman"/>
        </w:rPr>
        <w:t xml:space="preserve"> </w:t>
      </w:r>
      <w:r w:rsidRPr="00083EBD">
        <w:rPr>
          <w:rFonts w:ascii="Times New Roman" w:hAnsi="Times New Roman" w:cs="Times New Roman"/>
        </w:rPr>
        <w:t xml:space="preserve">Po </w:t>
      </w:r>
      <w:proofErr w:type="spellStart"/>
      <w:r w:rsidRPr="00083EBD">
        <w:rPr>
          <w:rFonts w:ascii="Times New Roman" w:hAnsi="Times New Roman" w:cs="Times New Roman"/>
        </w:rPr>
        <w:t>objavi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iste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počinje</w:t>
      </w:r>
      <w:proofErr w:type="spellEnd"/>
      <w:r w:rsidRPr="00083EBD">
        <w:rPr>
          <w:rFonts w:ascii="Times New Roman" w:hAnsi="Times New Roman" w:cs="Times New Roman"/>
        </w:rPr>
        <w:t xml:space="preserve"> teći žalbeni rok u trajanju 2 kalendarska dana. </w:t>
      </w:r>
      <w:proofErr w:type="spellStart"/>
      <w:r w:rsidRPr="00083EBD">
        <w:rPr>
          <w:rFonts w:ascii="Times New Roman" w:hAnsi="Times New Roman" w:cs="Times New Roman"/>
        </w:rPr>
        <w:t>Žalba</w:t>
      </w:r>
      <w:proofErr w:type="spellEnd"/>
      <w:r w:rsidRPr="00083EBD">
        <w:rPr>
          <w:rFonts w:ascii="Times New Roman" w:hAnsi="Times New Roman" w:cs="Times New Roman"/>
        </w:rPr>
        <w:t xml:space="preserve"> se </w:t>
      </w:r>
      <w:proofErr w:type="spellStart"/>
      <w:r w:rsidRPr="00083EBD">
        <w:rPr>
          <w:rFonts w:ascii="Times New Roman" w:hAnsi="Times New Roman" w:cs="Times New Roman"/>
        </w:rPr>
        <w:t>podnosi</w:t>
      </w:r>
      <w:proofErr w:type="spellEnd"/>
      <w:r w:rsidRPr="00083EBD">
        <w:rPr>
          <w:rFonts w:ascii="Times New Roman" w:hAnsi="Times New Roman" w:cs="Times New Roman"/>
        </w:rPr>
        <w:t xml:space="preserve"> u</w:t>
      </w:r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pisanom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obliku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</w:t>
      </w:r>
      <w:r w:rsidRPr="00083EBD">
        <w:rPr>
          <w:rFonts w:ascii="Times New Roman" w:hAnsi="Times New Roman" w:cs="Times New Roman"/>
        </w:rPr>
        <w:t>a</w:t>
      </w:r>
      <w:proofErr w:type="spellEnd"/>
      <w:r w:rsidRPr="00083EBD">
        <w:rPr>
          <w:rFonts w:ascii="Times New Roman" w:hAnsi="Times New Roman" w:cs="Times New Roman"/>
        </w:rPr>
        <w:t xml:space="preserve"> gore navedeni mail </w:t>
      </w:r>
      <w:proofErr w:type="spellStart"/>
      <w:r w:rsidRPr="00083EBD">
        <w:rPr>
          <w:rFonts w:ascii="Times New Roman" w:hAnsi="Times New Roman" w:cs="Times New Roman"/>
        </w:rPr>
        <w:t>ili</w:t>
      </w:r>
      <w:proofErr w:type="spellEnd"/>
      <w:r w:rsidRPr="00083EBD">
        <w:rPr>
          <w:rFonts w:ascii="Times New Roman" w:hAnsi="Times New Roman" w:cs="Times New Roman"/>
        </w:rPr>
        <w:t xml:space="preserve">, </w:t>
      </w:r>
      <w:proofErr w:type="spellStart"/>
      <w:r w:rsidRPr="00083EBD">
        <w:rPr>
          <w:rFonts w:ascii="Times New Roman" w:hAnsi="Times New Roman" w:cs="Times New Roman"/>
        </w:rPr>
        <w:t>iznimno</w:t>
      </w:r>
      <w:proofErr w:type="spellEnd"/>
      <w:r w:rsidRPr="00083EBD">
        <w:rPr>
          <w:rFonts w:ascii="Times New Roman" w:hAnsi="Times New Roman" w:cs="Times New Roman"/>
        </w:rPr>
        <w:t xml:space="preserve">, </w:t>
      </w:r>
      <w:r w:rsidR="00C47E81" w:rsidRPr="00083EBD">
        <w:rPr>
          <w:rFonts w:ascii="Times New Roman" w:hAnsi="Times New Roman" w:cs="Times New Roman"/>
        </w:rPr>
        <w:t xml:space="preserve">u </w:t>
      </w:r>
      <w:proofErr w:type="spellStart"/>
      <w:r w:rsidR="00C47E81" w:rsidRPr="00083EBD">
        <w:rPr>
          <w:rFonts w:ascii="Times New Roman" w:hAnsi="Times New Roman" w:cs="Times New Roman"/>
        </w:rPr>
        <w:t>uredu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stručnog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suradnika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pedagoga</w:t>
      </w:r>
      <w:proofErr w:type="spellEnd"/>
      <w:r w:rsidRPr="00083EBD">
        <w:rPr>
          <w:rFonts w:ascii="Times New Roman" w:hAnsi="Times New Roman" w:cs="Times New Roman"/>
        </w:rPr>
        <w:t>.</w:t>
      </w:r>
    </w:p>
    <w:p w14:paraId="35D26D9A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0B6A7D54" w14:textId="6A32B18D" w:rsidR="00F84CDF" w:rsidRPr="00083EBD" w:rsidRDefault="00DD7329" w:rsidP="00D04D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Za </w:t>
      </w:r>
      <w:proofErr w:type="spellStart"/>
      <w:r w:rsidRPr="00083EBD">
        <w:rPr>
          <w:rFonts w:ascii="Times New Roman" w:hAnsi="Times New Roman" w:cs="Times New Roman"/>
        </w:rPr>
        <w:t>mobilnost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će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biti</w:t>
      </w:r>
      <w:proofErr w:type="spellEnd"/>
      <w:r w:rsidRPr="00083EBD">
        <w:rPr>
          <w:rFonts w:ascii="Times New Roman" w:hAnsi="Times New Roman" w:cs="Times New Roman"/>
        </w:rPr>
        <w:t xml:space="preserve"> odabrano </w:t>
      </w:r>
      <w:proofErr w:type="spellStart"/>
      <w:r w:rsidR="00C47E81" w:rsidRPr="00083EBD">
        <w:rPr>
          <w:rFonts w:ascii="Times New Roman" w:hAnsi="Times New Roman" w:cs="Times New Roman"/>
        </w:rPr>
        <w:t>najmanje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dva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člana</w:t>
      </w:r>
      <w:proofErr w:type="spellEnd"/>
      <w:r w:rsidRPr="00083EBD">
        <w:rPr>
          <w:rFonts w:ascii="Times New Roman" w:hAnsi="Times New Roman" w:cs="Times New Roman"/>
        </w:rPr>
        <w:t xml:space="preserve"> nastavničkog vijeća koji </w:t>
      </w:r>
      <w:proofErr w:type="spellStart"/>
      <w:r w:rsidRPr="00083EBD">
        <w:rPr>
          <w:rFonts w:ascii="Times New Roman" w:hAnsi="Times New Roman" w:cs="Times New Roman"/>
        </w:rPr>
        <w:t>zadovoljavaju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navedene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kriterije</w:t>
      </w:r>
      <w:proofErr w:type="spellEnd"/>
      <w:r w:rsidR="00C47E81" w:rsidRPr="00083EBD">
        <w:rPr>
          <w:rFonts w:ascii="Times New Roman" w:hAnsi="Times New Roman" w:cs="Times New Roman"/>
        </w:rPr>
        <w:t>.</w:t>
      </w:r>
    </w:p>
    <w:p w14:paraId="3AE02CA9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3CB2166C" w14:textId="64C37EB1" w:rsidR="00F84CDF" w:rsidRPr="00083EBD" w:rsidRDefault="00DD7329" w:rsidP="00D04D5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Mobilnosti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će</w:t>
      </w:r>
      <w:proofErr w:type="spellEnd"/>
      <w:r w:rsidRPr="00083EBD">
        <w:rPr>
          <w:rFonts w:ascii="Times New Roman" w:hAnsi="Times New Roman" w:cs="Times New Roman"/>
        </w:rPr>
        <w:t xml:space="preserve"> se </w:t>
      </w:r>
      <w:proofErr w:type="spellStart"/>
      <w:r w:rsidRPr="00083EBD">
        <w:rPr>
          <w:rFonts w:ascii="Times New Roman" w:hAnsi="Times New Roman" w:cs="Times New Roman"/>
        </w:rPr>
        <w:t>od</w:t>
      </w:r>
      <w:r w:rsidRPr="00083EBD">
        <w:rPr>
          <w:rFonts w:ascii="Times New Roman" w:hAnsi="Times New Roman" w:cs="Times New Roman"/>
        </w:rPr>
        <w:t>ržati</w:t>
      </w:r>
      <w:proofErr w:type="spellEnd"/>
      <w:r w:rsidRPr="00083EBD">
        <w:rPr>
          <w:rFonts w:ascii="Times New Roman" w:hAnsi="Times New Roman" w:cs="Times New Roman"/>
        </w:rPr>
        <w:t xml:space="preserve"> u </w:t>
      </w:r>
      <w:proofErr w:type="spellStart"/>
      <w:r w:rsidRPr="00083EBD">
        <w:rPr>
          <w:rFonts w:ascii="Times New Roman" w:hAnsi="Times New Roman" w:cs="Times New Roman"/>
        </w:rPr>
        <w:t>razdoblju</w:t>
      </w:r>
      <w:proofErr w:type="spellEnd"/>
      <w:r w:rsidRPr="00083EBD">
        <w:rPr>
          <w:rFonts w:ascii="Times New Roman" w:hAnsi="Times New Roman" w:cs="Times New Roman"/>
        </w:rPr>
        <w:t xml:space="preserve"> od </w:t>
      </w:r>
      <w:r w:rsidR="00C47E81" w:rsidRPr="00083EBD">
        <w:rPr>
          <w:rFonts w:ascii="Times New Roman" w:hAnsi="Times New Roman" w:cs="Times New Roman"/>
        </w:rPr>
        <w:t>8.11.2026. do 21.11.2026.</w:t>
      </w:r>
      <w:r w:rsidR="00C47E81" w:rsidRPr="00083EBD">
        <w:rPr>
          <w:rFonts w:ascii="Times New Roman" w:hAnsi="Times New Roman" w:cs="Times New Roman"/>
        </w:rPr>
        <w:t xml:space="preserve"> u Bragi, Portugal.</w:t>
      </w:r>
    </w:p>
    <w:p w14:paraId="51172928" w14:textId="451E1980" w:rsidR="00F84CDF" w:rsidRPr="00083EBD" w:rsidRDefault="00DD7329" w:rsidP="00D04D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U slučaju prijave više kandidata Odbor za odabir kandidata obavit </w:t>
      </w:r>
      <w:proofErr w:type="spellStart"/>
      <w:r w:rsidRPr="00083EBD">
        <w:rPr>
          <w:rFonts w:ascii="Times New Roman" w:hAnsi="Times New Roman" w:cs="Times New Roman"/>
        </w:rPr>
        <w:t>će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razgovor</w:t>
      </w:r>
      <w:proofErr w:type="spellEnd"/>
      <w:r w:rsidRPr="00083EBD">
        <w:rPr>
          <w:rFonts w:ascii="Times New Roman" w:hAnsi="Times New Roman" w:cs="Times New Roman"/>
        </w:rPr>
        <w:t xml:space="preserve"> s </w:t>
      </w:r>
      <w:proofErr w:type="spellStart"/>
      <w:r w:rsidRPr="00083EBD">
        <w:rPr>
          <w:rFonts w:ascii="Times New Roman" w:hAnsi="Times New Roman" w:cs="Times New Roman"/>
        </w:rPr>
        <w:t>prijavljenim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kandidatima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odabrati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kandid</w:t>
      </w:r>
      <w:r w:rsidRPr="00083EBD">
        <w:rPr>
          <w:rFonts w:ascii="Times New Roman" w:hAnsi="Times New Roman" w:cs="Times New Roman"/>
        </w:rPr>
        <w:t>ata</w:t>
      </w:r>
      <w:proofErr w:type="spellEnd"/>
      <w:r w:rsidRPr="00083EBD">
        <w:rPr>
          <w:rFonts w:ascii="Times New Roman" w:hAnsi="Times New Roman" w:cs="Times New Roman"/>
        </w:rPr>
        <w:t xml:space="preserve"> po natječaju. </w:t>
      </w:r>
    </w:p>
    <w:p w14:paraId="58F55BF1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0092D74D" w14:textId="5F754F33" w:rsidR="00F84CDF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Odbor</w:t>
      </w:r>
      <w:proofErr w:type="spellEnd"/>
      <w:r w:rsidRPr="00083EBD">
        <w:rPr>
          <w:rFonts w:ascii="Times New Roman" w:hAnsi="Times New Roman" w:cs="Times New Roman"/>
        </w:rPr>
        <w:t xml:space="preserve"> za </w:t>
      </w:r>
      <w:proofErr w:type="spellStart"/>
      <w:r w:rsidRPr="00083EBD">
        <w:rPr>
          <w:rFonts w:ascii="Times New Roman" w:hAnsi="Times New Roman" w:cs="Times New Roman"/>
        </w:rPr>
        <w:t>odabir</w:t>
      </w:r>
      <w:proofErr w:type="spellEnd"/>
      <w:r w:rsidR="00C47E81" w:rsidRPr="00083EBD">
        <w:rPr>
          <w:rFonts w:ascii="Times New Roman" w:hAnsi="Times New Roman" w:cs="Times New Roman"/>
        </w:rPr>
        <w:t xml:space="preserve"> </w:t>
      </w:r>
      <w:proofErr w:type="spellStart"/>
      <w:r w:rsidR="00C47E81" w:rsidRPr="00083EBD">
        <w:rPr>
          <w:rFonts w:ascii="Times New Roman" w:hAnsi="Times New Roman" w:cs="Times New Roman"/>
        </w:rPr>
        <w:t>čine</w:t>
      </w:r>
      <w:proofErr w:type="spellEnd"/>
      <w:r w:rsidR="00C47E81" w:rsidRPr="00083EBD">
        <w:rPr>
          <w:rFonts w:ascii="Times New Roman" w:hAnsi="Times New Roman" w:cs="Times New Roman"/>
        </w:rPr>
        <w:t xml:space="preserve"> tri</w:t>
      </w:r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člana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Projektnog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tima</w:t>
      </w:r>
      <w:proofErr w:type="spellEnd"/>
      <w:r w:rsidRPr="00083EBD">
        <w:rPr>
          <w:rFonts w:ascii="Times New Roman" w:hAnsi="Times New Roman" w:cs="Times New Roman"/>
        </w:rPr>
        <w:t>:</w:t>
      </w:r>
    </w:p>
    <w:p w14:paraId="326C2EAC" w14:textId="77777777" w:rsidR="00D04D55" w:rsidRPr="00083EBD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1C5A4A70" w14:textId="3C04DE2F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1) </w:t>
      </w:r>
      <w:r w:rsidR="00C47E81" w:rsidRPr="00083EBD">
        <w:rPr>
          <w:rFonts w:ascii="Times New Roman" w:hAnsi="Times New Roman" w:cs="Times New Roman"/>
        </w:rPr>
        <w:t xml:space="preserve">Aleksandra </w:t>
      </w:r>
      <w:proofErr w:type="spellStart"/>
      <w:r w:rsidR="00C47E81" w:rsidRPr="00083EBD">
        <w:rPr>
          <w:rFonts w:ascii="Times New Roman" w:hAnsi="Times New Roman" w:cs="Times New Roman"/>
        </w:rPr>
        <w:t>Pančić</w:t>
      </w:r>
      <w:proofErr w:type="spellEnd"/>
    </w:p>
    <w:p w14:paraId="4EE67DA2" w14:textId="17E92F89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2) </w:t>
      </w:r>
      <w:r w:rsidR="00C47E81" w:rsidRPr="00083EBD">
        <w:rPr>
          <w:rFonts w:ascii="Times New Roman" w:hAnsi="Times New Roman" w:cs="Times New Roman"/>
        </w:rPr>
        <w:t>Janko Aluga</w:t>
      </w:r>
    </w:p>
    <w:p w14:paraId="7B6E981C" w14:textId="643902B6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3) </w:t>
      </w:r>
      <w:r w:rsidR="00C47E81" w:rsidRPr="00083EBD">
        <w:rPr>
          <w:rFonts w:ascii="Times New Roman" w:hAnsi="Times New Roman" w:cs="Times New Roman"/>
        </w:rPr>
        <w:t>Vanja Ličina</w:t>
      </w:r>
    </w:p>
    <w:p w14:paraId="63E77A97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3767BCB0" w14:textId="77777777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</w:rPr>
      </w:pPr>
    </w:p>
    <w:p w14:paraId="45D4BC0A" w14:textId="77777777" w:rsidR="00C47E81" w:rsidRPr="00083EBD" w:rsidRDefault="00C47E81" w:rsidP="00083EBD">
      <w:pPr>
        <w:spacing w:after="0" w:line="240" w:lineRule="auto"/>
        <w:rPr>
          <w:rFonts w:ascii="Times New Roman" w:hAnsi="Times New Roman" w:cs="Times New Roman"/>
        </w:rPr>
      </w:pPr>
    </w:p>
    <w:p w14:paraId="4256DFF4" w14:textId="719B378F" w:rsidR="00F84CDF" w:rsidRPr="00083EBD" w:rsidRDefault="00DD7329" w:rsidP="00D04D55">
      <w:pPr>
        <w:spacing w:after="0" w:line="240" w:lineRule="auto"/>
        <w:ind w:left="5760" w:firstLine="720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Projektni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="00471EA1" w:rsidRPr="00083EBD">
        <w:rPr>
          <w:rFonts w:ascii="Times New Roman" w:hAnsi="Times New Roman" w:cs="Times New Roman"/>
        </w:rPr>
        <w:t>k</w:t>
      </w:r>
      <w:r w:rsidR="00C47E81" w:rsidRPr="00083EBD">
        <w:rPr>
          <w:rFonts w:ascii="Times New Roman" w:hAnsi="Times New Roman" w:cs="Times New Roman"/>
        </w:rPr>
        <w:t>oordinator</w:t>
      </w:r>
      <w:proofErr w:type="spellEnd"/>
      <w:r w:rsidR="00C47E81" w:rsidRPr="00083EBD">
        <w:rPr>
          <w:rFonts w:ascii="Times New Roman" w:hAnsi="Times New Roman" w:cs="Times New Roman"/>
        </w:rPr>
        <w:t>:</w:t>
      </w:r>
    </w:p>
    <w:p w14:paraId="261A7132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19DA591A" w14:textId="57D51F31" w:rsidR="00471EA1" w:rsidRPr="00083EBD" w:rsidRDefault="00C47E81" w:rsidP="00D04D55">
      <w:pPr>
        <w:spacing w:after="0" w:line="240" w:lineRule="auto"/>
        <w:ind w:left="5760" w:firstLine="720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Vanja Ličina</w:t>
      </w:r>
      <w:r w:rsidR="00DD7329" w:rsidRPr="00083EBD">
        <w:rPr>
          <w:rFonts w:ascii="Times New Roman" w:hAnsi="Times New Roman" w:cs="Times New Roman"/>
        </w:rPr>
        <w:t>, prof</w:t>
      </w:r>
      <w:r w:rsidR="00471EA1" w:rsidRPr="00083EBD">
        <w:rPr>
          <w:rFonts w:ascii="Times New Roman" w:hAnsi="Times New Roman" w:cs="Times New Roman"/>
        </w:rPr>
        <w:t>.</w:t>
      </w:r>
    </w:p>
    <w:p w14:paraId="46E77E3D" w14:textId="77777777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br w:type="page"/>
      </w:r>
    </w:p>
    <w:p w14:paraId="68D926C5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898FC88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498FE4AE" w14:textId="77777777" w:rsidR="00D04D55" w:rsidRPr="00083EBD" w:rsidRDefault="00D04D55" w:rsidP="00D04D55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2. GODINA AKREDITACIJE</w:t>
      </w:r>
    </w:p>
    <w:p w14:paraId="3044CDF0" w14:textId="77777777" w:rsidR="00D04D55" w:rsidRPr="00083EBD" w:rsidRDefault="00D04D55" w:rsidP="00D04D55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BR.AKREDITACIJE: 2024-1-HR01-KA120-VET-000285839</w:t>
      </w:r>
    </w:p>
    <w:p w14:paraId="5A9D4B26" w14:textId="77777777" w:rsidR="00D04D55" w:rsidRPr="00083EBD" w:rsidRDefault="00D04D55" w:rsidP="00D04D55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BR. PROJEKTA: 2026-1-HR01-KA121-VET-000441047</w:t>
      </w:r>
    </w:p>
    <w:p w14:paraId="5F58DE46" w14:textId="142F6A5E" w:rsidR="00D04D55" w:rsidRDefault="00D04D55" w:rsidP="00D04D55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MOBILNOST: Braga, Portugal, 8.11.2026. do 21.11.2026.</w:t>
      </w:r>
    </w:p>
    <w:p w14:paraId="7A104361" w14:textId="77777777" w:rsidR="00D04D55" w:rsidRPr="00083EBD" w:rsidRDefault="00D04D55" w:rsidP="00D04D55">
      <w:pPr>
        <w:spacing w:after="0" w:line="240" w:lineRule="auto"/>
        <w:rPr>
          <w:rFonts w:ascii="Times New Roman" w:hAnsi="Times New Roman" w:cs="Times New Roman"/>
        </w:rPr>
      </w:pPr>
    </w:p>
    <w:p w14:paraId="0652D8C8" w14:textId="77777777" w:rsidR="00D04D55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C2CC73" w14:textId="5CF5D905" w:rsidR="00F84CDF" w:rsidRDefault="00DD7329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83EBD">
        <w:rPr>
          <w:rFonts w:ascii="Times New Roman" w:hAnsi="Times New Roman" w:cs="Times New Roman"/>
          <w:b/>
          <w:bCs/>
        </w:rPr>
        <w:t xml:space="preserve">OBRAZAC ZA PRIJAVU </w:t>
      </w:r>
      <w:r w:rsidR="00D04D55">
        <w:rPr>
          <w:rFonts w:ascii="Times New Roman" w:hAnsi="Times New Roman" w:cs="Times New Roman"/>
          <w:b/>
          <w:bCs/>
        </w:rPr>
        <w:t>OSOBA</w:t>
      </w:r>
      <w:r w:rsidRPr="00083EBD">
        <w:rPr>
          <w:rFonts w:ascii="Times New Roman" w:hAnsi="Times New Roman" w:cs="Times New Roman"/>
          <w:b/>
          <w:bCs/>
        </w:rPr>
        <w:t xml:space="preserve"> U PRATNJI – </w:t>
      </w:r>
      <w:r w:rsidR="00471EA1" w:rsidRPr="00083EBD">
        <w:rPr>
          <w:rFonts w:ascii="Times New Roman" w:hAnsi="Times New Roman" w:cs="Times New Roman"/>
          <w:b/>
          <w:bCs/>
        </w:rPr>
        <w:t>BRAGA, PORTUGAL</w:t>
      </w:r>
    </w:p>
    <w:p w14:paraId="5E938D86" w14:textId="77777777" w:rsidR="00D04D55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EFDCC1E" w14:textId="77777777" w:rsidR="00D04D55" w:rsidRPr="00083EBD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2A4DB8" w14:textId="198C8AFE" w:rsidR="00F84CDF" w:rsidRPr="00D04D55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D04D55">
        <w:rPr>
          <w:rFonts w:ascii="Times New Roman" w:hAnsi="Times New Roman" w:cs="Times New Roman"/>
        </w:rPr>
        <w:t>ZAPORKA:</w:t>
      </w:r>
      <w:r w:rsidRPr="00D04D55">
        <w:rPr>
          <w:rFonts w:ascii="Times New Roman" w:hAnsi="Times New Roman" w:cs="Times New Roman"/>
        </w:rPr>
        <w:t>_________________</w:t>
      </w:r>
      <w:r w:rsidR="00471EA1" w:rsidRPr="00D04D55">
        <w:rPr>
          <w:rFonts w:ascii="Times New Roman" w:hAnsi="Times New Roman" w:cs="Times New Roman"/>
        </w:rPr>
        <w:t>____</w:t>
      </w:r>
      <w:r w:rsidRPr="00D04D55">
        <w:rPr>
          <w:rFonts w:ascii="Times New Roman" w:hAnsi="Times New Roman" w:cs="Times New Roman"/>
        </w:rPr>
        <w:t>_</w:t>
      </w:r>
    </w:p>
    <w:p w14:paraId="7BF43BB8" w14:textId="77777777" w:rsidR="00F84CDF" w:rsidRPr="00D04D55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3A404AB" w14:textId="77777777" w:rsidR="00F84CDF" w:rsidRPr="00D04D55" w:rsidRDefault="00DD7329" w:rsidP="00083EB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55">
        <w:rPr>
          <w:rFonts w:ascii="Times New Roman" w:hAnsi="Times New Roman" w:cs="Times New Roman"/>
          <w:b/>
          <w:bCs/>
        </w:rPr>
        <w:t>OPĆI PODACI</w:t>
      </w:r>
    </w:p>
    <w:p w14:paraId="2653F3A8" w14:textId="04BDE644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Ime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prezime</w:t>
      </w:r>
      <w:proofErr w:type="spellEnd"/>
      <w:r w:rsidR="00471EA1"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</w:t>
      </w:r>
    </w:p>
    <w:p w14:paraId="7DB73E35" w14:textId="78CD76AD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Datum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godina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rođenja</w:t>
      </w:r>
      <w:proofErr w:type="spellEnd"/>
      <w:r w:rsidR="00471EA1"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________________________</w:t>
      </w:r>
    </w:p>
    <w:p w14:paraId="4C22E0E4" w14:textId="37E01479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OIB</w:t>
      </w:r>
      <w:r w:rsidR="00471EA1"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________________________</w:t>
      </w:r>
    </w:p>
    <w:p w14:paraId="48AFE34A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1BA91066" w14:textId="2A7E41D2" w:rsidR="00F84CDF" w:rsidRPr="00D04D55" w:rsidRDefault="00471EA1" w:rsidP="00083EB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55">
        <w:rPr>
          <w:rFonts w:ascii="Times New Roman" w:hAnsi="Times New Roman" w:cs="Times New Roman"/>
          <w:b/>
          <w:bCs/>
        </w:rPr>
        <w:t>ADRESA STANOVANJA</w:t>
      </w:r>
    </w:p>
    <w:p w14:paraId="33D6E663" w14:textId="11936813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Ulica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kućni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broj</w:t>
      </w:r>
      <w:proofErr w:type="spellEnd"/>
      <w:r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__________________________________</w:t>
      </w:r>
    </w:p>
    <w:p w14:paraId="0C70BFCF" w14:textId="52770436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Poštanski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broj</w:t>
      </w:r>
      <w:proofErr w:type="spellEnd"/>
      <w:r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______________________________________</w:t>
      </w:r>
    </w:p>
    <w:p w14:paraId="12D1A20D" w14:textId="77777777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</w:p>
    <w:p w14:paraId="7DF88542" w14:textId="0F4293D5" w:rsidR="00F84CDF" w:rsidRPr="00D04D55" w:rsidRDefault="00471EA1" w:rsidP="00083EB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55">
        <w:rPr>
          <w:rFonts w:ascii="Times New Roman" w:hAnsi="Times New Roman" w:cs="Times New Roman"/>
          <w:b/>
          <w:bCs/>
        </w:rPr>
        <w:t>KONTAKT</w:t>
      </w:r>
    </w:p>
    <w:p w14:paraId="04C4A9BA" w14:textId="764A1C5F" w:rsidR="00471EA1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Mobitel</w:t>
      </w:r>
      <w:proofErr w:type="spellEnd"/>
      <w:r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___________________________________</w:t>
      </w:r>
    </w:p>
    <w:p w14:paraId="4C16FBBC" w14:textId="74C64B77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E</w:t>
      </w:r>
      <w:r w:rsidR="00DD7329" w:rsidRPr="00083EBD">
        <w:rPr>
          <w:rFonts w:ascii="Times New Roman" w:hAnsi="Times New Roman" w:cs="Times New Roman"/>
        </w:rPr>
        <w:t>-mail</w:t>
      </w:r>
      <w:r w:rsidRPr="00083EBD">
        <w:rPr>
          <w:rFonts w:ascii="Times New Roman" w:hAnsi="Times New Roman" w:cs="Times New Roman"/>
        </w:rPr>
        <w:t>:</w:t>
      </w:r>
      <w:r w:rsidR="00D04D55">
        <w:rPr>
          <w:rFonts w:ascii="Times New Roman" w:hAnsi="Times New Roman" w:cs="Times New Roman"/>
        </w:rPr>
        <w:t>____________________________________</w:t>
      </w:r>
    </w:p>
    <w:p w14:paraId="2509DD1C" w14:textId="77777777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br w:type="page"/>
      </w:r>
    </w:p>
    <w:p w14:paraId="5E186145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3C11D9E1" w14:textId="77777777" w:rsidR="00D04D55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E394DC" w14:textId="77777777" w:rsidR="00D04D55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6807727" w14:textId="6A723EE4" w:rsidR="00F84CDF" w:rsidRDefault="00DD7329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83EBD">
        <w:rPr>
          <w:rFonts w:ascii="Times New Roman" w:hAnsi="Times New Roman" w:cs="Times New Roman"/>
          <w:b/>
          <w:bCs/>
        </w:rPr>
        <w:t>PROJEKT MOBILNOSTI</w:t>
      </w:r>
      <w:r w:rsidR="00D04D55">
        <w:rPr>
          <w:rFonts w:ascii="Times New Roman" w:hAnsi="Times New Roman" w:cs="Times New Roman"/>
          <w:b/>
          <w:bCs/>
        </w:rPr>
        <w:t xml:space="preserve"> - </w:t>
      </w:r>
      <w:r w:rsidRPr="00083EBD">
        <w:rPr>
          <w:rFonts w:ascii="Times New Roman" w:hAnsi="Times New Roman" w:cs="Times New Roman"/>
          <w:b/>
          <w:bCs/>
        </w:rPr>
        <w:t xml:space="preserve"> EKONOMSKA ŠKOLA SISAK</w:t>
      </w:r>
    </w:p>
    <w:p w14:paraId="6320D550" w14:textId="77777777" w:rsidR="00D04D55" w:rsidRPr="00D04D55" w:rsidRDefault="00D04D55" w:rsidP="00D04D55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D04D55">
        <w:rPr>
          <w:rFonts w:ascii="Times New Roman" w:hAnsi="Times New Roman" w:cs="Times New Roman"/>
          <w:b/>
          <w:bCs/>
        </w:rPr>
        <w:t>Suglasnost</w:t>
      </w:r>
      <w:proofErr w:type="spellEnd"/>
      <w:r w:rsidRPr="00D04D5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4D55">
        <w:rPr>
          <w:rFonts w:ascii="Times New Roman" w:hAnsi="Times New Roman" w:cs="Times New Roman"/>
          <w:b/>
          <w:bCs/>
        </w:rPr>
        <w:t>ravnatelja</w:t>
      </w:r>
      <w:proofErr w:type="spellEnd"/>
      <w:r w:rsidRPr="00D04D55">
        <w:rPr>
          <w:rFonts w:ascii="Times New Roman" w:hAnsi="Times New Roman" w:cs="Times New Roman"/>
          <w:b/>
          <w:bCs/>
        </w:rPr>
        <w:t xml:space="preserve"> za </w:t>
      </w:r>
      <w:proofErr w:type="spellStart"/>
      <w:r w:rsidRPr="00D04D55">
        <w:rPr>
          <w:rFonts w:ascii="Times New Roman" w:hAnsi="Times New Roman" w:cs="Times New Roman"/>
          <w:b/>
          <w:bCs/>
        </w:rPr>
        <w:t>sudjelovanjem</w:t>
      </w:r>
      <w:proofErr w:type="spellEnd"/>
      <w:r w:rsidRPr="00D04D55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D04D55">
        <w:rPr>
          <w:rFonts w:ascii="Times New Roman" w:hAnsi="Times New Roman" w:cs="Times New Roman"/>
          <w:b/>
          <w:bCs/>
        </w:rPr>
        <w:t>aktivnostima</w:t>
      </w:r>
      <w:proofErr w:type="spellEnd"/>
      <w:r w:rsidRPr="00D04D55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D04D55">
        <w:rPr>
          <w:rFonts w:ascii="Times New Roman" w:hAnsi="Times New Roman" w:cs="Times New Roman"/>
          <w:b/>
          <w:bCs/>
        </w:rPr>
        <w:t>sklopu</w:t>
      </w:r>
      <w:proofErr w:type="spellEnd"/>
      <w:r w:rsidRPr="00D04D5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04D55">
        <w:rPr>
          <w:rFonts w:ascii="Times New Roman" w:hAnsi="Times New Roman" w:cs="Times New Roman"/>
          <w:b/>
          <w:bCs/>
        </w:rPr>
        <w:t>projekta</w:t>
      </w:r>
      <w:proofErr w:type="spellEnd"/>
    </w:p>
    <w:p w14:paraId="34F62CC8" w14:textId="77777777" w:rsidR="00D04D55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F2E1BC" w14:textId="77777777" w:rsidR="00D04D55" w:rsidRPr="00083EBD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67FF96" w14:textId="0AC025E1" w:rsidR="00F84CDF" w:rsidRPr="00083EBD" w:rsidRDefault="00DD7329" w:rsidP="00083E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Mobilnost osobe u pratnji učenika u </w:t>
      </w:r>
      <w:proofErr w:type="spellStart"/>
      <w:r w:rsidRPr="00083EBD">
        <w:rPr>
          <w:rFonts w:ascii="Times New Roman" w:hAnsi="Times New Roman" w:cs="Times New Roman"/>
        </w:rPr>
        <w:t>školskoj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godini</w:t>
      </w:r>
      <w:proofErr w:type="spellEnd"/>
      <w:r w:rsidRPr="00083EBD">
        <w:rPr>
          <w:rFonts w:ascii="Times New Roman" w:hAnsi="Times New Roman" w:cs="Times New Roman"/>
        </w:rPr>
        <w:t xml:space="preserve"> 202</w:t>
      </w:r>
      <w:r w:rsidR="00471EA1" w:rsidRPr="00083EBD">
        <w:rPr>
          <w:rFonts w:ascii="Times New Roman" w:hAnsi="Times New Roman" w:cs="Times New Roman"/>
        </w:rPr>
        <w:t>6</w:t>
      </w:r>
      <w:r w:rsidRPr="00083EBD">
        <w:rPr>
          <w:rFonts w:ascii="Times New Roman" w:hAnsi="Times New Roman" w:cs="Times New Roman"/>
        </w:rPr>
        <w:t>./202</w:t>
      </w:r>
      <w:r w:rsidR="00471EA1" w:rsidRPr="00083EBD">
        <w:rPr>
          <w:rFonts w:ascii="Times New Roman" w:hAnsi="Times New Roman" w:cs="Times New Roman"/>
        </w:rPr>
        <w:t>7</w:t>
      </w:r>
    </w:p>
    <w:p w14:paraId="4DAED42D" w14:textId="77777777" w:rsidR="00471EA1" w:rsidRPr="00083EBD" w:rsidRDefault="00DD7329" w:rsidP="00083E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u projektnim aktivnostima u </w:t>
      </w:r>
      <w:proofErr w:type="spellStart"/>
      <w:r w:rsidRPr="00083EBD">
        <w:rPr>
          <w:rFonts w:ascii="Times New Roman" w:hAnsi="Times New Roman" w:cs="Times New Roman"/>
        </w:rPr>
        <w:t>okviru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="00471EA1" w:rsidRPr="00083EBD">
        <w:rPr>
          <w:rFonts w:ascii="Times New Roman" w:hAnsi="Times New Roman" w:cs="Times New Roman"/>
        </w:rPr>
        <w:t>projekta</w:t>
      </w:r>
      <w:proofErr w:type="spellEnd"/>
      <w:r w:rsidR="00471EA1" w:rsidRPr="00083EBD">
        <w:rPr>
          <w:rFonts w:ascii="Times New Roman" w:hAnsi="Times New Roman" w:cs="Times New Roman"/>
        </w:rPr>
        <w:t xml:space="preserve"> </w:t>
      </w:r>
      <w:r w:rsidR="00471EA1" w:rsidRPr="00083EBD">
        <w:rPr>
          <w:rFonts w:ascii="Times New Roman" w:hAnsi="Times New Roman" w:cs="Times New Roman"/>
        </w:rPr>
        <w:t>2026-1-HR01-KA121-VET-000441047</w:t>
      </w:r>
    </w:p>
    <w:p w14:paraId="38F21EED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C82A148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3B993ED8" w14:textId="576F865E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Naziv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ustanove</w:t>
      </w:r>
      <w:proofErr w:type="spellEnd"/>
      <w:r w:rsidRPr="00083EBD">
        <w:rPr>
          <w:rFonts w:ascii="Times New Roman" w:hAnsi="Times New Roman" w:cs="Times New Roman"/>
        </w:rPr>
        <w:t xml:space="preserve">: </w:t>
      </w:r>
      <w:proofErr w:type="spellStart"/>
      <w:r w:rsidRPr="00083EBD">
        <w:rPr>
          <w:rFonts w:ascii="Times New Roman" w:hAnsi="Times New Roman" w:cs="Times New Roman"/>
        </w:rPr>
        <w:t>Ekonomska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škola</w:t>
      </w:r>
      <w:proofErr w:type="spellEnd"/>
      <w:r w:rsidRPr="00083EBD">
        <w:rPr>
          <w:rFonts w:ascii="Times New Roman" w:hAnsi="Times New Roman" w:cs="Times New Roman"/>
        </w:rPr>
        <w:t xml:space="preserve"> Sisak</w:t>
      </w:r>
    </w:p>
    <w:p w14:paraId="010CA8A8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Sjedi</w:t>
      </w:r>
      <w:r w:rsidRPr="00083EBD">
        <w:rPr>
          <w:rFonts w:ascii="Times New Roman" w:hAnsi="Times New Roman" w:cs="Times New Roman"/>
        </w:rPr>
        <w:t>šte: Marijana Celjaka 88b</w:t>
      </w:r>
    </w:p>
    <w:p w14:paraId="5DAEF3BF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Mjesto: Sisak</w:t>
      </w:r>
    </w:p>
    <w:p w14:paraId="1BC9C181" w14:textId="488FA5AA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Datum:</w:t>
      </w:r>
      <w:r w:rsidR="00E11BEC" w:rsidRPr="00083EBD">
        <w:rPr>
          <w:rFonts w:ascii="Times New Roman" w:hAnsi="Times New Roman" w:cs="Times New Roman"/>
        </w:rPr>
        <w:t>________________________</w:t>
      </w:r>
    </w:p>
    <w:p w14:paraId="473FE974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79EBD07E" w14:textId="349CCC68" w:rsidR="00F84CDF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Zaposlenik</w:t>
      </w:r>
      <w:proofErr w:type="spellEnd"/>
      <w:r w:rsidRPr="00083EBD">
        <w:rPr>
          <w:rFonts w:ascii="Times New Roman" w:hAnsi="Times New Roman" w:cs="Times New Roman"/>
        </w:rPr>
        <w:t>/ca</w:t>
      </w:r>
      <w:r w:rsidR="00471EA1" w:rsidRPr="00083EBD">
        <w:rPr>
          <w:rFonts w:ascii="Times New Roman" w:hAnsi="Times New Roman" w:cs="Times New Roman"/>
        </w:rPr>
        <w:t>:</w:t>
      </w:r>
      <w:r w:rsidR="00E11BEC" w:rsidRPr="00083EBD">
        <w:rPr>
          <w:rFonts w:ascii="Times New Roman" w:hAnsi="Times New Roman" w:cs="Times New Roman"/>
        </w:rPr>
        <w:t>_______________________________________________</w:t>
      </w:r>
    </w:p>
    <w:p w14:paraId="7E5A71FE" w14:textId="77777777" w:rsidR="00D04D55" w:rsidRPr="00083EBD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66AA6B4E" w14:textId="4F66C4F5" w:rsidR="00F84CDF" w:rsidRPr="00D04D55" w:rsidRDefault="00E11BEC" w:rsidP="00D04D55">
      <w:r w:rsidRPr="00D04D55">
        <w:t xml:space="preserve">U </w:t>
      </w:r>
      <w:proofErr w:type="spellStart"/>
      <w:r w:rsidR="00DD7329" w:rsidRPr="00D04D55">
        <w:t>Ekonomskoj</w:t>
      </w:r>
      <w:proofErr w:type="spellEnd"/>
      <w:r w:rsidR="00DD7329" w:rsidRPr="00D04D55">
        <w:t xml:space="preserve"> </w:t>
      </w:r>
      <w:proofErr w:type="spellStart"/>
      <w:r w:rsidR="00DD7329" w:rsidRPr="00D04D55">
        <w:t>školi</w:t>
      </w:r>
      <w:proofErr w:type="spellEnd"/>
      <w:r w:rsidR="00DD7329" w:rsidRPr="00D04D55">
        <w:t xml:space="preserve"> Sisak </w:t>
      </w:r>
      <w:proofErr w:type="spellStart"/>
      <w:r w:rsidR="00DD7329" w:rsidRPr="00D04D55">
        <w:t>na</w:t>
      </w:r>
      <w:proofErr w:type="spellEnd"/>
      <w:r w:rsidR="00DD7329" w:rsidRPr="00D04D55">
        <w:t xml:space="preserve"> </w:t>
      </w:r>
      <w:proofErr w:type="spellStart"/>
      <w:r w:rsidR="00DD7329" w:rsidRPr="00D04D55">
        <w:t>radno</w:t>
      </w:r>
      <w:r w:rsidR="00D04D55" w:rsidRPr="00D04D55">
        <w:t>m</w:t>
      </w:r>
      <w:proofErr w:type="spellEnd"/>
      <w:r w:rsidR="00D04D55" w:rsidRPr="00D04D55">
        <w:t xml:space="preserve"> </w:t>
      </w:r>
      <w:proofErr w:type="spellStart"/>
      <w:r w:rsidR="00DD7329" w:rsidRPr="00D04D55">
        <w:t>mjestu</w:t>
      </w:r>
      <w:proofErr w:type="spellEnd"/>
      <w:r w:rsidR="00471EA1" w:rsidRPr="00D04D55">
        <w:t>:</w:t>
      </w:r>
      <w:r w:rsidRPr="00D04D55">
        <w:t>______________________________________________</w:t>
      </w:r>
    </w:p>
    <w:p w14:paraId="32E38127" w14:textId="77777777" w:rsidR="00F84CDF" w:rsidRPr="00D04D55" w:rsidRDefault="00F84CDF" w:rsidP="00D04D55"/>
    <w:p w14:paraId="43CE0F11" w14:textId="716E0AF1" w:rsidR="00F84CDF" w:rsidRPr="00083EBD" w:rsidRDefault="00DD7329" w:rsidP="00083EB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Suglas</w:t>
      </w:r>
      <w:r w:rsidR="00471EA1" w:rsidRPr="00083EBD">
        <w:rPr>
          <w:rFonts w:ascii="Times New Roman" w:hAnsi="Times New Roman" w:cs="Times New Roman"/>
        </w:rPr>
        <w:t>na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sam</w:t>
      </w:r>
      <w:proofErr w:type="spellEnd"/>
      <w:r w:rsidRPr="00083EBD">
        <w:rPr>
          <w:rFonts w:ascii="Times New Roman" w:hAnsi="Times New Roman" w:cs="Times New Roman"/>
        </w:rPr>
        <w:t xml:space="preserve"> s </w:t>
      </w:r>
      <w:proofErr w:type="spellStart"/>
      <w:r w:rsidRPr="00083EBD">
        <w:rPr>
          <w:rFonts w:ascii="Times New Roman" w:hAnsi="Times New Roman" w:cs="Times New Roman"/>
        </w:rPr>
        <w:t>prijavom</w:t>
      </w:r>
      <w:proofErr w:type="spellEnd"/>
      <w:r w:rsidRPr="00083EBD">
        <w:rPr>
          <w:rFonts w:ascii="Times New Roman" w:hAnsi="Times New Roman" w:cs="Times New Roman"/>
        </w:rPr>
        <w:t xml:space="preserve"> gore </w:t>
      </w:r>
      <w:proofErr w:type="spellStart"/>
      <w:r w:rsidRPr="00083EBD">
        <w:rPr>
          <w:rFonts w:ascii="Times New Roman" w:hAnsi="Times New Roman" w:cs="Times New Roman"/>
        </w:rPr>
        <w:t>navedenog</w:t>
      </w:r>
      <w:proofErr w:type="spellEnd"/>
      <w:r w:rsidRPr="00083EBD">
        <w:rPr>
          <w:rFonts w:ascii="Times New Roman" w:hAnsi="Times New Roman" w:cs="Times New Roman"/>
        </w:rPr>
        <w:t xml:space="preserve">/e </w:t>
      </w:r>
      <w:proofErr w:type="spellStart"/>
      <w:r w:rsidRPr="00083EBD">
        <w:rPr>
          <w:rFonts w:ascii="Times New Roman" w:hAnsi="Times New Roman" w:cs="Times New Roman"/>
        </w:rPr>
        <w:t>djelatnika</w:t>
      </w:r>
      <w:proofErr w:type="spellEnd"/>
      <w:r w:rsidRPr="00083EBD">
        <w:rPr>
          <w:rFonts w:ascii="Times New Roman" w:hAnsi="Times New Roman" w:cs="Times New Roman"/>
        </w:rPr>
        <w:t>/</w:t>
      </w:r>
      <w:proofErr w:type="spellStart"/>
      <w:r w:rsidRPr="00083EBD">
        <w:rPr>
          <w:rFonts w:ascii="Times New Roman" w:hAnsi="Times New Roman" w:cs="Times New Roman"/>
        </w:rPr>
        <w:t>ce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njegovim</w:t>
      </w:r>
      <w:proofErr w:type="spellEnd"/>
      <w:r w:rsidRPr="00083EBD">
        <w:rPr>
          <w:rFonts w:ascii="Times New Roman" w:hAnsi="Times New Roman" w:cs="Times New Roman"/>
        </w:rPr>
        <w:t>/</w:t>
      </w:r>
      <w:proofErr w:type="spellStart"/>
      <w:r w:rsidRPr="00083EBD">
        <w:rPr>
          <w:rFonts w:ascii="Times New Roman" w:hAnsi="Times New Roman" w:cs="Times New Roman"/>
        </w:rPr>
        <w:t>njezinim</w:t>
      </w:r>
      <w:proofErr w:type="spellEnd"/>
      <w:r w:rsidR="00083EBD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sudjelovanjem</w:t>
      </w:r>
      <w:proofErr w:type="spellEnd"/>
      <w:r w:rsidRPr="00083EBD">
        <w:rPr>
          <w:rFonts w:ascii="Times New Roman" w:hAnsi="Times New Roman" w:cs="Times New Roman"/>
        </w:rPr>
        <w:t xml:space="preserve"> u</w:t>
      </w:r>
      <w:r w:rsidR="00471EA1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planiranim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projektnim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aktivnostima</w:t>
      </w:r>
      <w:proofErr w:type="spellEnd"/>
      <w:r w:rsidRPr="00083EBD">
        <w:rPr>
          <w:rFonts w:ascii="Times New Roman" w:hAnsi="Times New Roman" w:cs="Times New Roman"/>
        </w:rPr>
        <w:t xml:space="preserve"> – mobilnost u svrhu pratnje učenik</w:t>
      </w:r>
      <w:r w:rsidRPr="00083EBD">
        <w:rPr>
          <w:rFonts w:ascii="Times New Roman" w:hAnsi="Times New Roman" w:cs="Times New Roman"/>
        </w:rPr>
        <w:t xml:space="preserve">a </w:t>
      </w:r>
      <w:proofErr w:type="spellStart"/>
      <w:r w:rsidRPr="00083EBD">
        <w:rPr>
          <w:rFonts w:ascii="Times New Roman" w:hAnsi="Times New Roman" w:cs="Times New Roman"/>
        </w:rPr>
        <w:t>na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mobilnosti</w:t>
      </w:r>
      <w:proofErr w:type="spellEnd"/>
      <w:r w:rsidRPr="00083EBD">
        <w:rPr>
          <w:rFonts w:ascii="Times New Roman" w:hAnsi="Times New Roman" w:cs="Times New Roman"/>
        </w:rPr>
        <w:t xml:space="preserve"> u grad</w:t>
      </w:r>
      <w:r w:rsidR="00471EA1" w:rsidRPr="00083EBD">
        <w:rPr>
          <w:rFonts w:ascii="Times New Roman" w:hAnsi="Times New Roman" w:cs="Times New Roman"/>
        </w:rPr>
        <w:t xml:space="preserve"> Braga (Portugal) u </w:t>
      </w:r>
      <w:proofErr w:type="spellStart"/>
      <w:r w:rsidR="00471EA1" w:rsidRPr="00083EBD">
        <w:rPr>
          <w:rFonts w:ascii="Times New Roman" w:hAnsi="Times New Roman" w:cs="Times New Roman"/>
        </w:rPr>
        <w:t>periodu</w:t>
      </w:r>
      <w:proofErr w:type="spellEnd"/>
      <w:r w:rsidR="00471EA1" w:rsidRPr="00083EBD">
        <w:rPr>
          <w:rFonts w:ascii="Times New Roman" w:hAnsi="Times New Roman" w:cs="Times New Roman"/>
        </w:rPr>
        <w:t xml:space="preserve"> od </w:t>
      </w:r>
      <w:r w:rsidR="00471EA1" w:rsidRPr="00083EBD">
        <w:rPr>
          <w:rFonts w:ascii="Times New Roman" w:hAnsi="Times New Roman" w:cs="Times New Roman"/>
        </w:rPr>
        <w:t>8.11.2026. do 21.11.2026</w:t>
      </w:r>
      <w:r w:rsidR="00471EA1" w:rsidRPr="00083EBD">
        <w:rPr>
          <w:rFonts w:ascii="Times New Roman" w:hAnsi="Times New Roman" w:cs="Times New Roman"/>
        </w:rPr>
        <w:t>.</w:t>
      </w:r>
      <w:r w:rsidR="00083EBD" w:rsidRPr="00083EBD">
        <w:rPr>
          <w:rFonts w:ascii="Times New Roman" w:hAnsi="Times New Roman" w:cs="Times New Roman"/>
        </w:rPr>
        <w:t xml:space="preserve"> </w:t>
      </w:r>
      <w:proofErr w:type="spellStart"/>
      <w:r w:rsidR="00083EBD" w:rsidRPr="00083EBD">
        <w:rPr>
          <w:rFonts w:ascii="Times New Roman" w:hAnsi="Times New Roman" w:cs="Times New Roman"/>
        </w:rPr>
        <w:t>godine</w:t>
      </w:r>
      <w:proofErr w:type="spellEnd"/>
      <w:r w:rsidR="00083EBD" w:rsidRPr="00083EBD">
        <w:rPr>
          <w:rFonts w:ascii="Times New Roman" w:hAnsi="Times New Roman" w:cs="Times New Roman"/>
        </w:rPr>
        <w:t>.</w:t>
      </w:r>
    </w:p>
    <w:p w14:paraId="36A66743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59309287" w14:textId="77777777" w:rsidR="00471EA1" w:rsidRPr="00083EBD" w:rsidRDefault="00471EA1" w:rsidP="00083EBD">
      <w:pPr>
        <w:spacing w:after="0" w:line="240" w:lineRule="auto"/>
        <w:rPr>
          <w:rFonts w:ascii="Times New Roman" w:hAnsi="Times New Roman" w:cs="Times New Roman"/>
        </w:rPr>
      </w:pPr>
    </w:p>
    <w:p w14:paraId="28D43362" w14:textId="00D6AC3E" w:rsidR="00F84CDF" w:rsidRPr="00083EBD" w:rsidRDefault="00083EBD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       </w:t>
      </w:r>
      <w:r w:rsidR="00DD7329" w:rsidRPr="00083EBD">
        <w:rPr>
          <w:rFonts w:ascii="Times New Roman" w:hAnsi="Times New Roman" w:cs="Times New Roman"/>
        </w:rPr>
        <w:t>(</w:t>
      </w:r>
      <w:proofErr w:type="spellStart"/>
      <w:r w:rsidR="00DD7329" w:rsidRPr="00083EBD">
        <w:rPr>
          <w:rFonts w:ascii="Times New Roman" w:hAnsi="Times New Roman" w:cs="Times New Roman"/>
        </w:rPr>
        <w:t>potpis</w:t>
      </w:r>
      <w:proofErr w:type="spellEnd"/>
      <w:r w:rsidR="00DD7329" w:rsidRPr="00083EBD">
        <w:rPr>
          <w:rFonts w:ascii="Times New Roman" w:hAnsi="Times New Roman" w:cs="Times New Roman"/>
        </w:rPr>
        <w:t xml:space="preserve"> </w:t>
      </w:r>
      <w:proofErr w:type="spellStart"/>
      <w:r w:rsidR="00471EA1" w:rsidRPr="00083EBD">
        <w:rPr>
          <w:rFonts w:ascii="Times New Roman" w:hAnsi="Times New Roman" w:cs="Times New Roman"/>
        </w:rPr>
        <w:t>ravnateljice</w:t>
      </w:r>
      <w:proofErr w:type="spellEnd"/>
      <w:r w:rsidR="00DD7329" w:rsidRPr="00083EBD">
        <w:rPr>
          <w:rFonts w:ascii="Times New Roman" w:hAnsi="Times New Roman" w:cs="Times New Roman"/>
        </w:rPr>
        <w:t xml:space="preserve"> </w:t>
      </w:r>
      <w:proofErr w:type="spellStart"/>
      <w:r w:rsidR="00DD7329" w:rsidRPr="00083EBD">
        <w:rPr>
          <w:rFonts w:ascii="Times New Roman" w:hAnsi="Times New Roman" w:cs="Times New Roman"/>
        </w:rPr>
        <w:t>i</w:t>
      </w:r>
      <w:proofErr w:type="spellEnd"/>
      <w:r w:rsidR="00DD7329" w:rsidRPr="00083EBD">
        <w:rPr>
          <w:rFonts w:ascii="Times New Roman" w:hAnsi="Times New Roman" w:cs="Times New Roman"/>
        </w:rPr>
        <w:t xml:space="preserve"> </w:t>
      </w:r>
      <w:proofErr w:type="spellStart"/>
      <w:r w:rsidR="00DD7329" w:rsidRPr="00083EBD">
        <w:rPr>
          <w:rFonts w:ascii="Times New Roman" w:hAnsi="Times New Roman" w:cs="Times New Roman"/>
        </w:rPr>
        <w:t>pečat</w:t>
      </w:r>
      <w:proofErr w:type="spellEnd"/>
      <w:r w:rsidR="00DD7329" w:rsidRPr="00083EBD">
        <w:rPr>
          <w:rFonts w:ascii="Times New Roman" w:hAnsi="Times New Roman" w:cs="Times New Roman"/>
        </w:rPr>
        <w:t>)</w:t>
      </w:r>
    </w:p>
    <w:p w14:paraId="469A6638" w14:textId="77777777" w:rsidR="00083EBD" w:rsidRPr="00083EBD" w:rsidRDefault="00083EBD" w:rsidP="00083EBD">
      <w:pPr>
        <w:spacing w:after="0" w:line="240" w:lineRule="auto"/>
        <w:rPr>
          <w:rFonts w:ascii="Times New Roman" w:hAnsi="Times New Roman" w:cs="Times New Roman"/>
        </w:rPr>
      </w:pPr>
    </w:p>
    <w:p w14:paraId="6FC3F95C" w14:textId="3BA7AB53" w:rsidR="00F84CDF" w:rsidRPr="00083EBD" w:rsidRDefault="00083EBD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______________________________________________</w:t>
      </w:r>
    </w:p>
    <w:p w14:paraId="4C42388E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23807C6D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13321719" w14:textId="5890191B" w:rsidR="00D04D55" w:rsidRDefault="00D04D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200870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03ACE816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7D5BB6C" w14:textId="77777777" w:rsidR="00D04D55" w:rsidRDefault="00D04D55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B504AD8" w14:textId="6E770A5E" w:rsidR="00F84CDF" w:rsidRPr="00083EBD" w:rsidRDefault="00DD7329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83EBD">
        <w:rPr>
          <w:rFonts w:ascii="Times New Roman" w:hAnsi="Times New Roman" w:cs="Times New Roman"/>
          <w:b/>
          <w:bCs/>
        </w:rPr>
        <w:t>SUGLASNOST ZA KORIŠTENJE PODATAKA</w:t>
      </w:r>
    </w:p>
    <w:p w14:paraId="7253F271" w14:textId="77777777" w:rsidR="00F84CDF" w:rsidRPr="00083EBD" w:rsidRDefault="00DD7329" w:rsidP="00083E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83EBD">
        <w:rPr>
          <w:rFonts w:ascii="Times New Roman" w:hAnsi="Times New Roman" w:cs="Times New Roman"/>
          <w:b/>
          <w:bCs/>
        </w:rPr>
        <w:t>IZJAVA</w:t>
      </w:r>
    </w:p>
    <w:p w14:paraId="1988DF2D" w14:textId="0D840111" w:rsidR="00F84CDF" w:rsidRDefault="00F84CDF" w:rsidP="00083E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29B30F" w14:textId="77777777" w:rsidR="00D04D55" w:rsidRPr="00083EBD" w:rsidRDefault="00D04D55" w:rsidP="00083E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ADE1B0" w14:textId="52D46066" w:rsidR="00F84CDF" w:rsidRPr="00083EBD" w:rsidRDefault="00DD7329" w:rsidP="00083E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Temeljem Zakona o odgoju i obrazovanju u osnovnoj i srednjoj školi (NN 87/08, 86/09, 92/10, 105/10, 90/11,</w:t>
      </w:r>
      <w:r w:rsidRPr="00083EBD">
        <w:rPr>
          <w:rFonts w:ascii="Times New Roman" w:hAnsi="Times New Roman" w:cs="Times New Roman"/>
        </w:rPr>
        <w:t>5/12, 16/12, 86/12, 126/12, 94/13, 152/14, 07/17, 68/18, 98/19, 64/20, 151/22, 15</w:t>
      </w:r>
      <w:r w:rsidRPr="00083EBD">
        <w:rPr>
          <w:rFonts w:ascii="Times New Roman" w:hAnsi="Times New Roman" w:cs="Times New Roman"/>
        </w:rPr>
        <w:t xml:space="preserve">5/23, 156/23), </w:t>
      </w:r>
      <w:proofErr w:type="spellStart"/>
      <w:r w:rsidRPr="00083EBD">
        <w:rPr>
          <w:rFonts w:ascii="Times New Roman" w:hAnsi="Times New Roman" w:cs="Times New Roman"/>
        </w:rPr>
        <w:t>Statuta</w:t>
      </w:r>
      <w:proofErr w:type="spellEnd"/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Ekonomske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škole</w:t>
      </w:r>
      <w:proofErr w:type="spellEnd"/>
      <w:r w:rsidRPr="00083EBD">
        <w:rPr>
          <w:rFonts w:ascii="Times New Roman" w:hAnsi="Times New Roman" w:cs="Times New Roman"/>
        </w:rPr>
        <w:t xml:space="preserve"> Sisak (KLASA: 007-01/24-01/01, URBROJ: 2176-53-07-24-2 od 05. 04. 2024. god.),</w:t>
      </w:r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potpisanog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Sporazuma</w:t>
      </w:r>
      <w:proofErr w:type="spellEnd"/>
      <w:r w:rsidRPr="00083EBD">
        <w:rPr>
          <w:rFonts w:ascii="Times New Roman" w:hAnsi="Times New Roman" w:cs="Times New Roman"/>
        </w:rPr>
        <w:t xml:space="preserve"> o </w:t>
      </w:r>
      <w:proofErr w:type="spellStart"/>
      <w:r w:rsidRPr="00083EBD">
        <w:rPr>
          <w:rFonts w:ascii="Times New Roman" w:hAnsi="Times New Roman" w:cs="Times New Roman"/>
        </w:rPr>
        <w:t>dodjeli</w:t>
      </w:r>
      <w:proofErr w:type="spellEnd"/>
      <w:r w:rsidRPr="00083EBD">
        <w:rPr>
          <w:rFonts w:ascii="Times New Roman" w:hAnsi="Times New Roman" w:cs="Times New Roman"/>
        </w:rPr>
        <w:t xml:space="preserve"> bespovratnih sredstava za projekt u okviru </w:t>
      </w:r>
      <w:proofErr w:type="spellStart"/>
      <w:r w:rsidRPr="00083EBD">
        <w:rPr>
          <w:rFonts w:ascii="Times New Roman" w:hAnsi="Times New Roman" w:cs="Times New Roman"/>
        </w:rPr>
        <w:t>programa</w:t>
      </w:r>
      <w:proofErr w:type="spellEnd"/>
      <w:r w:rsidRPr="00083EBD">
        <w:rPr>
          <w:rFonts w:ascii="Times New Roman" w:hAnsi="Times New Roman" w:cs="Times New Roman"/>
        </w:rPr>
        <w:t xml:space="preserve"> ERASMUS+, za </w:t>
      </w:r>
      <w:proofErr w:type="spellStart"/>
      <w:r w:rsidRPr="00083EBD">
        <w:rPr>
          <w:rFonts w:ascii="Times New Roman" w:hAnsi="Times New Roman" w:cs="Times New Roman"/>
        </w:rPr>
        <w:t>učenike</w:t>
      </w:r>
      <w:proofErr w:type="spellEnd"/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Ekonomske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škole</w:t>
      </w:r>
      <w:proofErr w:type="spellEnd"/>
      <w:r w:rsidRPr="00083EBD">
        <w:rPr>
          <w:rFonts w:ascii="Times New Roman" w:hAnsi="Times New Roman" w:cs="Times New Roman"/>
        </w:rPr>
        <w:t xml:space="preserve"> Sisak </w:t>
      </w:r>
      <w:proofErr w:type="spellStart"/>
      <w:r w:rsidRPr="00083EBD">
        <w:rPr>
          <w:rFonts w:ascii="Times New Roman" w:hAnsi="Times New Roman" w:cs="Times New Roman"/>
        </w:rPr>
        <w:t>organizira</w:t>
      </w:r>
      <w:proofErr w:type="spellEnd"/>
      <w:r w:rsidRPr="00083EBD">
        <w:rPr>
          <w:rFonts w:ascii="Times New Roman" w:hAnsi="Times New Roman" w:cs="Times New Roman"/>
        </w:rPr>
        <w:t xml:space="preserve"> s</w:t>
      </w:r>
      <w:r w:rsidRPr="00083EBD">
        <w:rPr>
          <w:rFonts w:ascii="Times New Roman" w:hAnsi="Times New Roman" w:cs="Times New Roman"/>
        </w:rPr>
        <w:t xml:space="preserve">e odlazak na mobilnost radi ostvarivanja stručne </w:t>
      </w:r>
      <w:proofErr w:type="spellStart"/>
      <w:r w:rsidRPr="00083EBD">
        <w:rPr>
          <w:rFonts w:ascii="Times New Roman" w:hAnsi="Times New Roman" w:cs="Times New Roman"/>
        </w:rPr>
        <w:t>prakse</w:t>
      </w:r>
      <w:proofErr w:type="spellEnd"/>
      <w:r w:rsidRPr="00083EBD">
        <w:rPr>
          <w:rFonts w:ascii="Times New Roman" w:hAnsi="Times New Roman" w:cs="Times New Roman"/>
        </w:rPr>
        <w:t xml:space="preserve"> u </w:t>
      </w:r>
      <w:proofErr w:type="spellStart"/>
      <w:r w:rsidRPr="00083EBD">
        <w:rPr>
          <w:rFonts w:ascii="Times New Roman" w:hAnsi="Times New Roman" w:cs="Times New Roman"/>
        </w:rPr>
        <w:t>poduzećima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="00083EBD" w:rsidRPr="00083EBD">
        <w:rPr>
          <w:rFonts w:ascii="Times New Roman" w:hAnsi="Times New Roman" w:cs="Times New Roman"/>
        </w:rPr>
        <w:t>i</w:t>
      </w:r>
      <w:proofErr w:type="spellEnd"/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školama</w:t>
      </w:r>
      <w:proofErr w:type="spellEnd"/>
      <w:r w:rsidRPr="00083EBD">
        <w:rPr>
          <w:rFonts w:ascii="Times New Roman" w:hAnsi="Times New Roman" w:cs="Times New Roman"/>
        </w:rPr>
        <w:t xml:space="preserve"> u </w:t>
      </w:r>
      <w:proofErr w:type="spellStart"/>
      <w:r w:rsidRPr="00083EBD">
        <w:rPr>
          <w:rFonts w:ascii="Times New Roman" w:hAnsi="Times New Roman" w:cs="Times New Roman"/>
        </w:rPr>
        <w:t>državama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članicama</w:t>
      </w:r>
      <w:proofErr w:type="spellEnd"/>
      <w:r w:rsidRPr="00083EBD">
        <w:rPr>
          <w:rFonts w:ascii="Times New Roman" w:hAnsi="Times New Roman" w:cs="Times New Roman"/>
        </w:rPr>
        <w:t xml:space="preserve"> EU i zemljama partnerima.</w:t>
      </w:r>
    </w:p>
    <w:p w14:paraId="75BB2765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5436C5" w14:textId="7172C29D" w:rsidR="00F84CDF" w:rsidRDefault="00DD7329" w:rsidP="00083EB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Izjavljujem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svojim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potpisom</w:t>
      </w:r>
      <w:proofErr w:type="spellEnd"/>
      <w:r w:rsidRPr="00083EBD">
        <w:rPr>
          <w:rFonts w:ascii="Times New Roman" w:hAnsi="Times New Roman" w:cs="Times New Roman"/>
        </w:rPr>
        <w:t xml:space="preserve"> dajem suglasnost da se u sklopu projekata </w:t>
      </w:r>
      <w:proofErr w:type="spellStart"/>
      <w:r w:rsidRPr="00083EBD">
        <w:rPr>
          <w:rFonts w:ascii="Times New Roman" w:hAnsi="Times New Roman" w:cs="Times New Roman"/>
        </w:rPr>
        <w:t>prikupljaju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obrađuju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="00E11BEC" w:rsidRPr="00083EBD">
        <w:rPr>
          <w:rFonts w:ascii="Times New Roman" w:hAnsi="Times New Roman" w:cs="Times New Roman"/>
        </w:rPr>
        <w:t>moji</w:t>
      </w:r>
      <w:proofErr w:type="spellEnd"/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osobni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podaci</w:t>
      </w:r>
      <w:proofErr w:type="spellEnd"/>
      <w:r w:rsidRPr="00083EBD">
        <w:rPr>
          <w:rFonts w:ascii="Times New Roman" w:hAnsi="Times New Roman" w:cs="Times New Roman"/>
        </w:rPr>
        <w:t xml:space="preserve"> u </w:t>
      </w:r>
      <w:proofErr w:type="spellStart"/>
      <w:r w:rsidRPr="00083EBD">
        <w:rPr>
          <w:rFonts w:ascii="Times New Roman" w:hAnsi="Times New Roman" w:cs="Times New Roman"/>
        </w:rPr>
        <w:t>svrhu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provođenja</w:t>
      </w:r>
      <w:proofErr w:type="spellEnd"/>
      <w:r w:rsidRPr="00083EBD">
        <w:rPr>
          <w:rFonts w:ascii="Times New Roman" w:hAnsi="Times New Roman" w:cs="Times New Roman"/>
        </w:rPr>
        <w:t xml:space="preserve"> projekta. Ovako prikupljeni podaci neće se </w:t>
      </w:r>
      <w:proofErr w:type="spellStart"/>
      <w:r w:rsidRPr="00083EBD">
        <w:rPr>
          <w:rFonts w:ascii="Times New Roman" w:hAnsi="Times New Roman" w:cs="Times New Roman"/>
        </w:rPr>
        <w:t>prosljeđivati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trećim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stranama</w:t>
      </w:r>
      <w:proofErr w:type="spellEnd"/>
      <w:r w:rsidRPr="00083EBD">
        <w:rPr>
          <w:rFonts w:ascii="Times New Roman" w:hAnsi="Times New Roman" w:cs="Times New Roman"/>
        </w:rPr>
        <w:t xml:space="preserve">, </w:t>
      </w:r>
      <w:proofErr w:type="spellStart"/>
      <w:r w:rsidRPr="00083EBD">
        <w:rPr>
          <w:rFonts w:ascii="Times New Roman" w:hAnsi="Times New Roman" w:cs="Times New Roman"/>
        </w:rPr>
        <w:t>osim</w:t>
      </w:r>
      <w:proofErr w:type="spellEnd"/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Agenciji</w:t>
      </w:r>
      <w:proofErr w:type="spellEnd"/>
      <w:r w:rsidRPr="00083EBD">
        <w:rPr>
          <w:rFonts w:ascii="Times New Roman" w:hAnsi="Times New Roman" w:cs="Times New Roman"/>
        </w:rPr>
        <w:t xml:space="preserve"> za </w:t>
      </w:r>
      <w:proofErr w:type="spellStart"/>
      <w:r w:rsidRPr="00083EBD">
        <w:rPr>
          <w:rFonts w:ascii="Times New Roman" w:hAnsi="Times New Roman" w:cs="Times New Roman"/>
        </w:rPr>
        <w:t>mobilnost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programe</w:t>
      </w:r>
      <w:proofErr w:type="spellEnd"/>
      <w:r w:rsidRPr="00083EBD">
        <w:rPr>
          <w:rFonts w:ascii="Times New Roman" w:hAnsi="Times New Roman" w:cs="Times New Roman"/>
        </w:rPr>
        <w:t xml:space="preserve"> EU.</w:t>
      </w:r>
    </w:p>
    <w:p w14:paraId="5AA1062E" w14:textId="77777777" w:rsidR="00D04D55" w:rsidRPr="00083EBD" w:rsidRDefault="00D04D55" w:rsidP="00083E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2CC9CD" w14:textId="7F6D2307" w:rsidR="00F84CDF" w:rsidRPr="00083EBD" w:rsidRDefault="00DD7329" w:rsidP="00083EB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83EBD">
        <w:rPr>
          <w:rFonts w:ascii="Times New Roman" w:hAnsi="Times New Roman" w:cs="Times New Roman"/>
        </w:rPr>
        <w:t>Također</w:t>
      </w:r>
      <w:proofErr w:type="spellEnd"/>
      <w:r w:rsidR="00E11BEC" w:rsidRPr="00083EBD">
        <w:rPr>
          <w:rFonts w:ascii="Times New Roman" w:hAnsi="Times New Roman" w:cs="Times New Roman"/>
        </w:rPr>
        <w:t>,</w:t>
      </w:r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izjavljujem</w:t>
      </w:r>
      <w:proofErr w:type="spellEnd"/>
      <w:r w:rsidRPr="00083EBD">
        <w:rPr>
          <w:rFonts w:ascii="Times New Roman" w:hAnsi="Times New Roman" w:cs="Times New Roman"/>
        </w:rPr>
        <w:t xml:space="preserve"> da </w:t>
      </w:r>
      <w:proofErr w:type="spellStart"/>
      <w:r w:rsidRPr="00083EBD">
        <w:rPr>
          <w:rFonts w:ascii="Times New Roman" w:hAnsi="Times New Roman" w:cs="Times New Roman"/>
        </w:rPr>
        <w:t>sam</w:t>
      </w:r>
      <w:proofErr w:type="spellEnd"/>
      <w:r w:rsidRPr="00083EBD">
        <w:rPr>
          <w:rFonts w:ascii="Times New Roman" w:hAnsi="Times New Roman" w:cs="Times New Roman"/>
        </w:rPr>
        <w:t xml:space="preserve"> suglasan/a da se prikupljeni podaci (</w:t>
      </w:r>
      <w:proofErr w:type="spellStart"/>
      <w:r w:rsidRPr="00083EBD">
        <w:rPr>
          <w:rFonts w:ascii="Times New Roman" w:hAnsi="Times New Roman" w:cs="Times New Roman"/>
        </w:rPr>
        <w:t>uključujući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fotografiranje</w:t>
      </w:r>
      <w:proofErr w:type="spellEnd"/>
      <w:r w:rsidRPr="00083EBD">
        <w:rPr>
          <w:rFonts w:ascii="Times New Roman" w:hAnsi="Times New Roman" w:cs="Times New Roman"/>
        </w:rPr>
        <w:t xml:space="preserve">, </w:t>
      </w:r>
      <w:proofErr w:type="spellStart"/>
      <w:r w:rsidRPr="00083EBD">
        <w:rPr>
          <w:rFonts w:ascii="Times New Roman" w:hAnsi="Times New Roman" w:cs="Times New Roman"/>
        </w:rPr>
        <w:t>snimanje</w:t>
      </w:r>
      <w:proofErr w:type="spellEnd"/>
      <w:r w:rsidRPr="00083EBD">
        <w:rPr>
          <w:rFonts w:ascii="Times New Roman" w:hAnsi="Times New Roman" w:cs="Times New Roman"/>
        </w:rPr>
        <w:t xml:space="preserve">, </w:t>
      </w:r>
      <w:proofErr w:type="spellStart"/>
      <w:r w:rsidRPr="00083EBD">
        <w:rPr>
          <w:rFonts w:ascii="Times New Roman" w:hAnsi="Times New Roman" w:cs="Times New Roman"/>
        </w:rPr>
        <w:t>tiskovne</w:t>
      </w:r>
      <w:proofErr w:type="spellEnd"/>
      <w:r w:rsidR="00E11BEC"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konferencije</w:t>
      </w:r>
      <w:proofErr w:type="spellEnd"/>
      <w:r w:rsidRPr="00083EBD">
        <w:rPr>
          <w:rFonts w:ascii="Times New Roman" w:hAnsi="Times New Roman" w:cs="Times New Roman"/>
        </w:rPr>
        <w:t xml:space="preserve"> </w:t>
      </w:r>
      <w:proofErr w:type="spellStart"/>
      <w:r w:rsidRPr="00083EBD">
        <w:rPr>
          <w:rFonts w:ascii="Times New Roman" w:hAnsi="Times New Roman" w:cs="Times New Roman"/>
        </w:rPr>
        <w:t>i</w:t>
      </w:r>
      <w:proofErr w:type="spellEnd"/>
      <w:r w:rsidRPr="00083EBD">
        <w:rPr>
          <w:rFonts w:ascii="Times New Roman" w:hAnsi="Times New Roman" w:cs="Times New Roman"/>
        </w:rPr>
        <w:t xml:space="preserve"> sl</w:t>
      </w:r>
      <w:r w:rsidRPr="00083EBD">
        <w:rPr>
          <w:rFonts w:ascii="Times New Roman" w:hAnsi="Times New Roman" w:cs="Times New Roman"/>
        </w:rPr>
        <w:t>.</w:t>
      </w:r>
      <w:r w:rsidR="00E11BEC" w:rsidRPr="00083EBD">
        <w:rPr>
          <w:rFonts w:ascii="Times New Roman" w:hAnsi="Times New Roman" w:cs="Times New Roman"/>
        </w:rPr>
        <w:t>)</w:t>
      </w:r>
      <w:r w:rsidRPr="00083EBD">
        <w:rPr>
          <w:rFonts w:ascii="Times New Roman" w:hAnsi="Times New Roman" w:cs="Times New Roman"/>
        </w:rPr>
        <w:t xml:space="preserve"> koriste u svrhu projekata i objavljuju u medijima za potrebe projekta.</w:t>
      </w:r>
    </w:p>
    <w:p w14:paraId="526A4764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3C54CED6" w14:textId="77777777" w:rsidR="00D04D55" w:rsidRDefault="00D04D55" w:rsidP="00083EBD">
      <w:pPr>
        <w:spacing w:after="0" w:line="240" w:lineRule="auto"/>
        <w:rPr>
          <w:rFonts w:ascii="Times New Roman" w:hAnsi="Times New Roman" w:cs="Times New Roman"/>
        </w:rPr>
      </w:pPr>
    </w:p>
    <w:p w14:paraId="7446ADB6" w14:textId="5241AB48" w:rsidR="00F84CDF" w:rsidRPr="00083EBD" w:rsidRDefault="00D04D55" w:rsidP="00083EB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Zaposlenik</w:t>
      </w:r>
      <w:proofErr w:type="spellEnd"/>
      <w:r>
        <w:rPr>
          <w:rFonts w:ascii="Times New Roman" w:hAnsi="Times New Roman" w:cs="Times New Roman"/>
        </w:rPr>
        <w:t>/ca</w:t>
      </w:r>
      <w:r w:rsidR="00DD7329" w:rsidRPr="00083EBD">
        <w:rPr>
          <w:rFonts w:ascii="Times New Roman" w:hAnsi="Times New Roman" w:cs="Times New Roman"/>
        </w:rPr>
        <w:t>:____________________________</w:t>
      </w:r>
    </w:p>
    <w:p w14:paraId="56832337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(ime i prezime)</w:t>
      </w:r>
    </w:p>
    <w:p w14:paraId="7FEAD7CF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6F661070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____________________________</w:t>
      </w:r>
    </w:p>
    <w:p w14:paraId="39919CC9" w14:textId="77777777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>(potpis)</w:t>
      </w:r>
    </w:p>
    <w:p w14:paraId="2238ADDA" w14:textId="77777777" w:rsidR="00F84CDF" w:rsidRPr="00083EBD" w:rsidRDefault="00F84CDF" w:rsidP="00083EBD">
      <w:pPr>
        <w:spacing w:after="0" w:line="240" w:lineRule="auto"/>
        <w:rPr>
          <w:rFonts w:ascii="Times New Roman" w:hAnsi="Times New Roman" w:cs="Times New Roman"/>
        </w:rPr>
      </w:pPr>
    </w:p>
    <w:p w14:paraId="73724E12" w14:textId="4F0E44D0" w:rsidR="00F84CDF" w:rsidRPr="00083EBD" w:rsidRDefault="00DD7329" w:rsidP="00083EBD">
      <w:pPr>
        <w:spacing w:after="0" w:line="240" w:lineRule="auto"/>
        <w:rPr>
          <w:rFonts w:ascii="Times New Roman" w:hAnsi="Times New Roman" w:cs="Times New Roman"/>
        </w:rPr>
      </w:pPr>
      <w:r w:rsidRPr="00083EBD">
        <w:rPr>
          <w:rFonts w:ascii="Times New Roman" w:hAnsi="Times New Roman" w:cs="Times New Roman"/>
        </w:rPr>
        <w:t xml:space="preserve">U </w:t>
      </w:r>
      <w:proofErr w:type="spellStart"/>
      <w:r w:rsidRPr="00083EBD">
        <w:rPr>
          <w:rFonts w:ascii="Times New Roman" w:hAnsi="Times New Roman" w:cs="Times New Roman"/>
        </w:rPr>
        <w:t>Sisku</w:t>
      </w:r>
      <w:proofErr w:type="spellEnd"/>
      <w:r w:rsidRPr="00083EBD">
        <w:rPr>
          <w:rFonts w:ascii="Times New Roman" w:hAnsi="Times New Roman" w:cs="Times New Roman"/>
        </w:rPr>
        <w:t>, _________________________202</w:t>
      </w:r>
      <w:r w:rsidR="00D04D55">
        <w:rPr>
          <w:rFonts w:ascii="Times New Roman" w:hAnsi="Times New Roman" w:cs="Times New Roman"/>
        </w:rPr>
        <w:t>6</w:t>
      </w:r>
      <w:r w:rsidRPr="00083EBD">
        <w:rPr>
          <w:rFonts w:ascii="Times New Roman" w:hAnsi="Times New Roman" w:cs="Times New Roman"/>
        </w:rPr>
        <w:t>.</w:t>
      </w:r>
    </w:p>
    <w:p w14:paraId="7444CA2C" w14:textId="77777777" w:rsidR="00083EBD" w:rsidRPr="00083EBD" w:rsidRDefault="00083EBD" w:rsidP="00083E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82D0C0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094D761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E78E591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35FD6B5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B6B7667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18AFFCD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5492364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A092758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A90564A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CAAA104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8BABC8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08CA2D1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7AB8CBD" w14:textId="77777777" w:rsidR="00D04D55" w:rsidRDefault="00D04D55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32A0C7E" w14:textId="4E4EFF78" w:rsidR="00F84CDF" w:rsidRPr="00D04D55" w:rsidRDefault="00DD7329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D04D55">
        <w:rPr>
          <w:rFonts w:ascii="Times New Roman" w:hAnsi="Times New Roman" w:cs="Times New Roman"/>
          <w:sz w:val="16"/>
          <w:szCs w:val="16"/>
        </w:rPr>
        <w:t>Voditelj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obrade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podataka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Ekonomska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r w:rsidRPr="00D04D55">
        <w:rPr>
          <w:rFonts w:ascii="Times New Roman" w:hAnsi="Times New Roman" w:cs="Times New Roman"/>
          <w:sz w:val="16"/>
          <w:szCs w:val="16"/>
        </w:rPr>
        <w:t xml:space="preserve">škola Sisal, M. Celjaka 88b, Sisak, e-mail: ured@ss-ekonomska-sk.skole.hr , tel. </w:t>
      </w:r>
      <w:r w:rsidR="00083EBD" w:rsidRPr="00D04D55">
        <w:rPr>
          <w:rFonts w:ascii="Times New Roman" w:hAnsi="Times New Roman" w:cs="Times New Roman"/>
          <w:sz w:val="16"/>
          <w:szCs w:val="16"/>
        </w:rPr>
        <w:t>0996054380</w:t>
      </w:r>
    </w:p>
    <w:p w14:paraId="72E456EE" w14:textId="0E0CE117" w:rsidR="00F84CDF" w:rsidRPr="00D04D55" w:rsidRDefault="00DD7329" w:rsidP="00083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Ovim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putem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Vas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obavještavamo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da će djelatnici Ekonomske škole Sisak, Sisak sukladno Općoj uredbi o zaštiti podataka 2016/679 (SL L 119, 4.5.2016.)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Zakonu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o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prove</w:t>
      </w:r>
      <w:r w:rsidRPr="00D04D55">
        <w:rPr>
          <w:rFonts w:ascii="Times New Roman" w:hAnsi="Times New Roman" w:cs="Times New Roman"/>
          <w:sz w:val="16"/>
          <w:szCs w:val="16"/>
        </w:rPr>
        <w:t>dbi</w:t>
      </w:r>
      <w:proofErr w:type="spellEnd"/>
      <w:r w:rsidR="00083EBD"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Opće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uredbe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o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zaštiti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podataka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(NN br. 42/18), u svrhu omogućavanja učinkovite zaštite osobnih podataka, čuvati povjerljivost svih osobnih podataka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kojima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imaju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pravo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r w:rsidR="00083EBD" w:rsidRPr="00D04D55">
        <w:rPr>
          <w:rFonts w:ascii="Times New Roman" w:hAnsi="Times New Roman" w:cs="Times New Roman"/>
          <w:sz w:val="16"/>
          <w:szCs w:val="16"/>
        </w:rPr>
        <w:t xml:space="preserve">I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ovlast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pristupa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>, a koji se nalaze u sustavima pohrane koje vodi Ekonomska škola Sis</w:t>
      </w:r>
      <w:r w:rsidRPr="00D04D55">
        <w:rPr>
          <w:rFonts w:ascii="Times New Roman" w:hAnsi="Times New Roman" w:cs="Times New Roman"/>
          <w:sz w:val="16"/>
          <w:szCs w:val="16"/>
        </w:rPr>
        <w:t xml:space="preserve">ak, Sisak te da će iste osobne podatke koristiti isključivo u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točno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određenu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propisanu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>)</w:t>
      </w:r>
      <w:r w:rsidR="00083EBD"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svrhu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Zakon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o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odgoju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i obrazovanju u osnovnoj i srednjoj školi, NN broj 87/08, 86/09, 92/10, 105/10, 90/11, 5/12, 16/12, 86/12, 94/13, 136/14, 152/14, 7/17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68/18).</w:t>
      </w:r>
      <w:r w:rsidR="00083EBD"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Osobne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podatke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kojima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imaju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pravo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i ovlast pristupa djelatnici Škole neće dostavljati/davati na korištenje niti na bilo koji drugi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način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učiniti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dostupnima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trećim</w:t>
      </w:r>
      <w:proofErr w:type="spellEnd"/>
      <w:r w:rsidR="00083EBD" w:rsidRPr="00D04D55">
        <w:rPr>
          <w:rFonts w:ascii="Times New Roman" w:hAnsi="Times New Roman" w:cs="Times New Roman"/>
          <w:sz w:val="16"/>
          <w:szCs w:val="16"/>
        </w:rPr>
        <w:t xml:space="preserve"> </w:t>
      </w:r>
      <w:r w:rsidRPr="00D04D55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neovlaštenim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)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osobama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te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će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povjerljivost istih osobnih podataka čuvati i nakon prestanka o</w:t>
      </w:r>
      <w:r w:rsidRPr="00D04D55">
        <w:rPr>
          <w:rFonts w:ascii="Times New Roman" w:hAnsi="Times New Roman" w:cs="Times New Roman"/>
          <w:sz w:val="16"/>
          <w:szCs w:val="16"/>
        </w:rPr>
        <w:t xml:space="preserve">vlasti pristupa osobnim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podacima.</w:t>
      </w:r>
      <w:r w:rsidRPr="00D04D55">
        <w:rPr>
          <w:rFonts w:ascii="Times New Roman" w:hAnsi="Times New Roman" w:cs="Times New Roman"/>
          <w:sz w:val="16"/>
          <w:szCs w:val="16"/>
        </w:rPr>
        <w:t>Od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083EBD" w:rsidRPr="00D04D55">
        <w:rPr>
          <w:rFonts w:ascii="Times New Roman" w:hAnsi="Times New Roman" w:cs="Times New Roman"/>
          <w:sz w:val="16"/>
          <w:szCs w:val="16"/>
        </w:rPr>
        <w:t>Ekonomske</w:t>
      </w:r>
      <w:proofErr w:type="spellEnd"/>
      <w:r w:rsidR="00083EBD"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083EBD" w:rsidRPr="00D04D55">
        <w:rPr>
          <w:rFonts w:ascii="Times New Roman" w:hAnsi="Times New Roman" w:cs="Times New Roman"/>
          <w:sz w:val="16"/>
          <w:szCs w:val="16"/>
        </w:rPr>
        <w:t>škole</w:t>
      </w:r>
      <w:proofErr w:type="spellEnd"/>
      <w:r w:rsidR="00083EBD" w:rsidRPr="00D04D55">
        <w:rPr>
          <w:rFonts w:ascii="Times New Roman" w:hAnsi="Times New Roman" w:cs="Times New Roman"/>
          <w:sz w:val="16"/>
          <w:szCs w:val="16"/>
        </w:rPr>
        <w:t xml:space="preserve"> Sisa</w:t>
      </w:r>
      <w:r w:rsidRPr="00D04D55">
        <w:rPr>
          <w:rFonts w:ascii="Times New Roman" w:hAnsi="Times New Roman" w:cs="Times New Roman"/>
          <w:sz w:val="16"/>
          <w:szCs w:val="16"/>
        </w:rPr>
        <w:t xml:space="preserve">k –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voditelja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obrade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imate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pravo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zatražiti pristup osobnim podacima i ispravak ili brisanje podataka ili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ograničenje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obrade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ili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</w:t>
      </w:r>
      <w:r w:rsidRPr="00D04D55">
        <w:rPr>
          <w:rFonts w:ascii="Times New Roman" w:hAnsi="Times New Roman" w:cs="Times New Roman"/>
          <w:sz w:val="16"/>
          <w:szCs w:val="16"/>
        </w:rPr>
        <w:t>ravo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na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ulaganje</w:t>
      </w:r>
      <w:proofErr w:type="spellEnd"/>
      <w:r w:rsidR="00083EBD"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prigovora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na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obradu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04D55">
        <w:rPr>
          <w:rFonts w:ascii="Times New Roman" w:hAnsi="Times New Roman" w:cs="Times New Roman"/>
          <w:sz w:val="16"/>
          <w:szCs w:val="16"/>
        </w:rPr>
        <w:t>ili</w:t>
      </w:r>
      <w:proofErr w:type="spellEnd"/>
      <w:r w:rsidRPr="00D04D55">
        <w:rPr>
          <w:rFonts w:ascii="Times New Roman" w:hAnsi="Times New Roman" w:cs="Times New Roman"/>
          <w:sz w:val="16"/>
          <w:szCs w:val="16"/>
        </w:rPr>
        <w:t xml:space="preserve"> pravo na prenosivost osobnih </w:t>
      </w:r>
      <w:r w:rsidRPr="00D04D55">
        <w:rPr>
          <w:rFonts w:ascii="Times New Roman" w:hAnsi="Times New Roman" w:cs="Times New Roman"/>
          <w:sz w:val="16"/>
          <w:szCs w:val="16"/>
        </w:rPr>
        <w:t>podataka.</w:t>
      </w:r>
    </w:p>
    <w:sectPr w:rsidR="00F84CDF" w:rsidRPr="00D04D5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776A0" w14:textId="77777777" w:rsidR="00DD7329" w:rsidRDefault="00DD7329">
      <w:pPr>
        <w:spacing w:after="0" w:line="240" w:lineRule="auto"/>
      </w:pPr>
      <w:r>
        <w:separator/>
      </w:r>
    </w:p>
  </w:endnote>
  <w:endnote w:type="continuationSeparator" w:id="0">
    <w:p w14:paraId="584649E3" w14:textId="77777777" w:rsidR="00DD7329" w:rsidRDefault="00DD7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0881D" w14:textId="77777777" w:rsidR="00DD7329" w:rsidRDefault="00DD7329">
      <w:pPr>
        <w:spacing w:after="0" w:line="240" w:lineRule="auto"/>
      </w:pPr>
      <w:r>
        <w:separator/>
      </w:r>
    </w:p>
  </w:footnote>
  <w:footnote w:type="continuationSeparator" w:id="0">
    <w:p w14:paraId="6C9AAC3C" w14:textId="77777777" w:rsidR="00DD7329" w:rsidRDefault="00DD7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D3443" w14:textId="03CC51E9" w:rsidR="00F84CDF" w:rsidRDefault="00C47E81" w:rsidP="00C47E81">
    <w:pPr>
      <w:pStyle w:val="Zaglavlje"/>
      <w:jc w:val="center"/>
    </w:pPr>
    <w:r w:rsidRPr="00C47E81">
      <w:drawing>
        <wp:inline distT="0" distB="0" distL="0" distR="0" wp14:anchorId="506F1802" wp14:editId="47E68F79">
          <wp:extent cx="5486400" cy="63246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622C4"/>
    <w:multiLevelType w:val="hybridMultilevel"/>
    <w:tmpl w:val="CEA63B54"/>
    <w:lvl w:ilvl="0" w:tplc="68E69830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EBD"/>
    <w:rsid w:val="0015074B"/>
    <w:rsid w:val="0029639D"/>
    <w:rsid w:val="00326F90"/>
    <w:rsid w:val="00471EA1"/>
    <w:rsid w:val="00522FB4"/>
    <w:rsid w:val="00AA1D8D"/>
    <w:rsid w:val="00B47730"/>
    <w:rsid w:val="00C47E81"/>
    <w:rsid w:val="00CB0664"/>
    <w:rsid w:val="00D04D55"/>
    <w:rsid w:val="00DD7329"/>
    <w:rsid w:val="00E11BEC"/>
    <w:rsid w:val="00F84C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15CD33"/>
  <w14:defaultImageDpi w14:val="300"/>
  <w15:docId w15:val="{10D545C0-6E45-411A-A3DB-1450D2B8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843</Words>
  <Characters>4809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Ličina</dc:creator>
  <cp:keywords/>
  <dc:description>generated by python-docx</dc:description>
  <cp:lastModifiedBy>Vanja Ličina</cp:lastModifiedBy>
  <cp:revision>3</cp:revision>
  <dcterms:created xsi:type="dcterms:W3CDTF">2026-10-01T12:49:00Z</dcterms:created>
  <dcterms:modified xsi:type="dcterms:W3CDTF">2026-10-01T15:57:00Z</dcterms:modified>
  <cp:category/>
</cp:coreProperties>
</file>